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3EB2" w:rsidRPr="00E13FBE" w:rsidRDefault="00685981">
      <w:pPr>
        <w:jc w:val="center"/>
        <w:rPr>
          <w:b/>
          <w:sz w:val="28"/>
          <w:szCs w:val="28"/>
          <w:lang w:val="ru-RU"/>
        </w:rPr>
      </w:pPr>
      <w:r w:rsidRPr="00E13FBE">
        <w:rPr>
          <w:b/>
          <w:sz w:val="28"/>
          <w:szCs w:val="28"/>
          <w:lang w:val="ru-RU"/>
        </w:rPr>
        <w:t>РЕШЕНИЕ</w:t>
      </w:r>
    </w:p>
    <w:p w:rsidR="00E13FBE" w:rsidRPr="00E13FBE" w:rsidRDefault="00E13FBE">
      <w:pPr>
        <w:jc w:val="center"/>
        <w:rPr>
          <w:b/>
          <w:sz w:val="28"/>
          <w:szCs w:val="28"/>
          <w:lang w:val="ru-RU"/>
        </w:rPr>
      </w:pPr>
      <w:r w:rsidRPr="00E13FBE">
        <w:rPr>
          <w:b/>
          <w:sz w:val="28"/>
          <w:szCs w:val="28"/>
          <w:lang w:val="ru-RU"/>
        </w:rPr>
        <w:t>по делу № 009/06/105-114/2026 о нарушении</w:t>
      </w:r>
      <w:r w:rsidRPr="00E13FBE">
        <w:rPr>
          <w:b/>
          <w:sz w:val="28"/>
          <w:szCs w:val="28"/>
          <w:lang w:val="ru-RU"/>
        </w:rPr>
        <w:br/>
        <w:t>законодательства о контрактной системе</w:t>
      </w:r>
    </w:p>
    <w:p w:rsidR="00E13FBE" w:rsidRDefault="00E13FBE" w:rsidP="00E13FBE">
      <w:pPr>
        <w:jc w:val="both"/>
        <w:rPr>
          <w:b/>
          <w:lang w:val="ru-RU"/>
        </w:rPr>
      </w:pPr>
    </w:p>
    <w:p w:rsidR="00E13FBE" w:rsidRPr="00E13FBE" w:rsidRDefault="00E13FBE" w:rsidP="00E13FBE">
      <w:pPr>
        <w:jc w:val="both"/>
        <w:rPr>
          <w:sz w:val="28"/>
          <w:lang w:val="ru-RU"/>
        </w:rPr>
      </w:pPr>
      <w:r w:rsidRPr="00E13FBE">
        <w:rPr>
          <w:sz w:val="28"/>
          <w:lang w:val="ru-RU"/>
        </w:rPr>
        <w:t>«15» мая 2026 года                                                                                          г. Черкесск</w:t>
      </w:r>
    </w:p>
    <w:p w:rsidR="00E13FBE" w:rsidRDefault="00E13FBE" w:rsidP="00E13FBE">
      <w:pPr>
        <w:jc w:val="both"/>
        <w:rPr>
          <w:b/>
          <w:lang w:val="ru-RU"/>
        </w:rPr>
      </w:pPr>
    </w:p>
    <w:p w:rsidR="00E13FBE" w:rsidRDefault="00E13FBE" w:rsidP="00E13FBE">
      <w:pPr>
        <w:ind w:firstLine="709"/>
        <w:jc w:val="both"/>
        <w:rPr>
          <w:sz w:val="28"/>
          <w:szCs w:val="28"/>
          <w:lang w:val="ru-RU"/>
        </w:rPr>
      </w:pPr>
      <w:r w:rsidRPr="000513EE">
        <w:rPr>
          <w:sz w:val="28"/>
          <w:szCs w:val="28"/>
          <w:lang w:val="ru-RU"/>
        </w:rPr>
        <w:t>Комиссия Карачаево-Черкесского УФАС России по контролю</w:t>
      </w:r>
      <w:r w:rsidRPr="000513EE">
        <w:rPr>
          <w:sz w:val="28"/>
          <w:szCs w:val="28"/>
          <w:lang w:val="ru-RU"/>
        </w:rPr>
        <w:br/>
        <w:t>за соблюдением требований Федерального закона от 05.04.2013 № 44-</w:t>
      </w:r>
      <w:proofErr w:type="gramStart"/>
      <w:r w:rsidRPr="000513EE">
        <w:rPr>
          <w:sz w:val="28"/>
          <w:szCs w:val="28"/>
          <w:lang w:val="ru-RU"/>
        </w:rPr>
        <w:t>ФЗ</w:t>
      </w:r>
      <w:r w:rsidRPr="000513EE">
        <w:rPr>
          <w:sz w:val="28"/>
          <w:szCs w:val="28"/>
          <w:lang w:val="ru-RU"/>
        </w:rPr>
        <w:br/>
        <w:t>«</w:t>
      </w:r>
      <w:proofErr w:type="gramEnd"/>
      <w:r w:rsidRPr="000513EE">
        <w:rPr>
          <w:sz w:val="28"/>
          <w:szCs w:val="28"/>
          <w:lang w:val="ru-RU"/>
        </w:rPr>
        <w:t>О контрактной системе в сфере закупок товаров, работ, услуг для обеспечения государственных и муниципальных нужд» (далее – Комиссия Управления)</w:t>
      </w:r>
      <w:r w:rsidRPr="000513EE">
        <w:rPr>
          <w:sz w:val="28"/>
          <w:szCs w:val="28"/>
          <w:lang w:val="ru-RU"/>
        </w:rPr>
        <w:br/>
        <w:t>в составе:</w:t>
      </w:r>
    </w:p>
    <w:p w:rsidR="00E13FBE" w:rsidRPr="000513EE" w:rsidRDefault="00E13FBE" w:rsidP="00E13FBE">
      <w:pPr>
        <w:ind w:firstLine="709"/>
        <w:jc w:val="both"/>
        <w:rPr>
          <w:sz w:val="28"/>
          <w:szCs w:val="28"/>
          <w:lang w:val="ru-RU"/>
        </w:rPr>
      </w:pPr>
      <w:r w:rsidRPr="000513EE">
        <w:rPr>
          <w:sz w:val="28"/>
          <w:szCs w:val="28"/>
          <w:lang w:val="ru-RU"/>
        </w:rPr>
        <w:t>Председатель комиссии – &lt;…&gt;;</w:t>
      </w:r>
    </w:p>
    <w:p w:rsidR="00E13FBE" w:rsidRPr="000513EE" w:rsidRDefault="00E13FBE" w:rsidP="00E13FBE">
      <w:pPr>
        <w:ind w:firstLine="709"/>
        <w:jc w:val="both"/>
        <w:rPr>
          <w:sz w:val="28"/>
          <w:szCs w:val="28"/>
          <w:lang w:val="ru-RU"/>
        </w:rPr>
      </w:pPr>
      <w:r w:rsidRPr="000513EE">
        <w:rPr>
          <w:sz w:val="28"/>
          <w:szCs w:val="28"/>
          <w:lang w:val="ru-RU"/>
        </w:rPr>
        <w:t>Члены комиссии:</w:t>
      </w:r>
    </w:p>
    <w:p w:rsidR="00E13FBE" w:rsidRPr="000513EE" w:rsidRDefault="00E13FBE" w:rsidP="00E13FBE">
      <w:pPr>
        <w:ind w:firstLine="709"/>
        <w:jc w:val="both"/>
        <w:rPr>
          <w:sz w:val="28"/>
          <w:szCs w:val="28"/>
          <w:lang w:val="ru-RU"/>
        </w:rPr>
      </w:pPr>
      <w:r w:rsidRPr="000513EE">
        <w:rPr>
          <w:sz w:val="28"/>
          <w:szCs w:val="28"/>
          <w:lang w:val="ru-RU"/>
        </w:rPr>
        <w:t>- &lt;…&gt;;</w:t>
      </w:r>
    </w:p>
    <w:p w:rsidR="00E13FBE" w:rsidRPr="000513EE" w:rsidRDefault="00E13FBE" w:rsidP="00E13FBE">
      <w:pPr>
        <w:ind w:firstLine="709"/>
        <w:jc w:val="both"/>
        <w:rPr>
          <w:sz w:val="28"/>
          <w:szCs w:val="28"/>
          <w:lang w:val="ru-RU"/>
        </w:rPr>
      </w:pPr>
      <w:r w:rsidRPr="000513EE">
        <w:rPr>
          <w:sz w:val="28"/>
          <w:szCs w:val="28"/>
          <w:lang w:val="ru-RU"/>
        </w:rPr>
        <w:t>- &lt;…&gt;;</w:t>
      </w:r>
    </w:p>
    <w:p w:rsidR="00E13FBE" w:rsidRPr="000513EE" w:rsidRDefault="00E13FBE" w:rsidP="00E13FBE">
      <w:pPr>
        <w:ind w:firstLine="709"/>
        <w:jc w:val="both"/>
        <w:rPr>
          <w:sz w:val="28"/>
          <w:szCs w:val="28"/>
          <w:lang w:val="ru-RU"/>
        </w:rPr>
      </w:pPr>
      <w:r w:rsidRPr="000513EE">
        <w:rPr>
          <w:sz w:val="28"/>
          <w:szCs w:val="28"/>
          <w:lang w:val="ru-RU"/>
        </w:rPr>
        <w:t xml:space="preserve">в </w:t>
      </w:r>
      <w:r>
        <w:rPr>
          <w:sz w:val="28"/>
          <w:szCs w:val="28"/>
          <w:lang w:val="ru-RU"/>
        </w:rPr>
        <w:t xml:space="preserve">отсутствие </w:t>
      </w:r>
      <w:r w:rsidRPr="00E13FBE">
        <w:rPr>
          <w:sz w:val="28"/>
          <w:szCs w:val="28"/>
          <w:lang w:val="ru-RU"/>
        </w:rPr>
        <w:t xml:space="preserve">ИП </w:t>
      </w:r>
      <w:proofErr w:type="spellStart"/>
      <w:r w:rsidRPr="00E13FBE">
        <w:rPr>
          <w:sz w:val="28"/>
          <w:szCs w:val="28"/>
          <w:lang w:val="ru-RU"/>
        </w:rPr>
        <w:t>Мельничкина</w:t>
      </w:r>
      <w:proofErr w:type="spellEnd"/>
      <w:r w:rsidRPr="00E13FBE">
        <w:rPr>
          <w:sz w:val="28"/>
          <w:szCs w:val="28"/>
          <w:lang w:val="ru-RU"/>
        </w:rPr>
        <w:t xml:space="preserve"> Е.В. </w:t>
      </w:r>
      <w:r w:rsidRPr="000513EE">
        <w:rPr>
          <w:sz w:val="28"/>
          <w:szCs w:val="28"/>
          <w:lang w:val="ru-RU"/>
        </w:rPr>
        <w:t xml:space="preserve"> (далее – Заявитель), </w:t>
      </w:r>
      <w:r>
        <w:rPr>
          <w:sz w:val="28"/>
          <w:szCs w:val="28"/>
          <w:lang w:val="ru-RU"/>
        </w:rPr>
        <w:t>надлежащим образом извещенного о дате и месте рассмотрения жалобы,</w:t>
      </w:r>
    </w:p>
    <w:p w:rsidR="00E13FBE" w:rsidRPr="00E13FBE" w:rsidRDefault="00E13FBE" w:rsidP="00E13FBE">
      <w:pPr>
        <w:ind w:firstLine="709"/>
        <w:jc w:val="both"/>
        <w:rPr>
          <w:sz w:val="28"/>
          <w:szCs w:val="28"/>
          <w:lang w:val="ru-RU"/>
        </w:rPr>
      </w:pPr>
      <w:r w:rsidRPr="000513EE">
        <w:rPr>
          <w:sz w:val="28"/>
          <w:szCs w:val="28"/>
          <w:lang w:val="ru-RU"/>
        </w:rPr>
        <w:t xml:space="preserve">в </w:t>
      </w:r>
      <w:r>
        <w:rPr>
          <w:sz w:val="28"/>
          <w:szCs w:val="28"/>
          <w:lang w:val="ru-RU"/>
        </w:rPr>
        <w:t>присутствии</w:t>
      </w:r>
      <w:r w:rsidRPr="000513EE">
        <w:rPr>
          <w:sz w:val="28"/>
          <w:szCs w:val="28"/>
          <w:lang w:val="ru-RU"/>
        </w:rPr>
        <w:t xml:space="preserve"> представителя </w:t>
      </w:r>
      <w:proofErr w:type="spellStart"/>
      <w:r>
        <w:rPr>
          <w:sz w:val="28"/>
          <w:szCs w:val="28"/>
          <w:lang w:val="ru-RU"/>
        </w:rPr>
        <w:t>Эльтаркачского</w:t>
      </w:r>
      <w:proofErr w:type="spellEnd"/>
      <w:r>
        <w:rPr>
          <w:sz w:val="28"/>
          <w:szCs w:val="28"/>
          <w:lang w:val="ru-RU"/>
        </w:rPr>
        <w:t xml:space="preserve"> сельского </w:t>
      </w:r>
      <w:proofErr w:type="gramStart"/>
      <w:r>
        <w:rPr>
          <w:sz w:val="28"/>
          <w:szCs w:val="28"/>
          <w:lang w:val="ru-RU"/>
        </w:rPr>
        <w:t>поселения</w:t>
      </w:r>
      <w:r>
        <w:rPr>
          <w:sz w:val="28"/>
          <w:szCs w:val="28"/>
          <w:lang w:val="ru-RU"/>
        </w:rPr>
        <w:br/>
      </w:r>
      <w:r w:rsidRPr="000513EE">
        <w:rPr>
          <w:rFonts w:cs="Times New Roman"/>
          <w:sz w:val="28"/>
          <w:szCs w:val="28"/>
          <w:lang w:val="ru-RU"/>
        </w:rPr>
        <w:t>(</w:t>
      </w:r>
      <w:proofErr w:type="gramEnd"/>
      <w:r w:rsidRPr="000513EE">
        <w:rPr>
          <w:rFonts w:cs="Times New Roman"/>
          <w:sz w:val="28"/>
          <w:szCs w:val="28"/>
          <w:lang w:val="ru-RU"/>
        </w:rPr>
        <w:t xml:space="preserve">далее – Заказчик), </w:t>
      </w:r>
      <w:r w:rsidRPr="00E13FBE">
        <w:rPr>
          <w:rFonts w:cs="Times New Roman"/>
          <w:sz w:val="28"/>
          <w:szCs w:val="28"/>
          <w:lang w:val="ru-RU"/>
        </w:rPr>
        <w:t>&lt;….&gt;</w:t>
      </w:r>
      <w:r>
        <w:rPr>
          <w:rFonts w:cs="Times New Roman"/>
          <w:sz w:val="28"/>
          <w:szCs w:val="28"/>
          <w:lang w:val="ru-RU"/>
        </w:rPr>
        <w:t>;</w:t>
      </w:r>
    </w:p>
    <w:p w:rsidR="00E13FBE" w:rsidRDefault="00E13FBE" w:rsidP="00E13FBE">
      <w:pPr>
        <w:ind w:firstLine="709"/>
        <w:jc w:val="both"/>
        <w:rPr>
          <w:sz w:val="28"/>
          <w:szCs w:val="28"/>
          <w:lang w:val="ru-RU"/>
        </w:rPr>
      </w:pPr>
      <w:r w:rsidRPr="000513EE">
        <w:rPr>
          <w:sz w:val="28"/>
          <w:szCs w:val="28"/>
          <w:lang w:val="ru-RU"/>
        </w:rPr>
        <w:t xml:space="preserve">рассмотрев жалобу </w:t>
      </w:r>
      <w:r w:rsidRPr="00E13FBE">
        <w:rPr>
          <w:sz w:val="28"/>
          <w:szCs w:val="28"/>
          <w:lang w:val="ru-RU"/>
        </w:rPr>
        <w:t xml:space="preserve">ИП </w:t>
      </w:r>
      <w:proofErr w:type="spellStart"/>
      <w:r w:rsidRPr="00E13FBE">
        <w:rPr>
          <w:sz w:val="28"/>
          <w:szCs w:val="28"/>
          <w:lang w:val="ru-RU"/>
        </w:rPr>
        <w:t>Мельничкина</w:t>
      </w:r>
      <w:proofErr w:type="spellEnd"/>
      <w:r w:rsidRPr="00E13FBE">
        <w:rPr>
          <w:sz w:val="28"/>
          <w:szCs w:val="28"/>
          <w:lang w:val="ru-RU"/>
        </w:rPr>
        <w:t xml:space="preserve"> Е.В.</w:t>
      </w:r>
      <w:r>
        <w:rPr>
          <w:sz w:val="28"/>
          <w:szCs w:val="28"/>
          <w:lang w:val="ru-RU"/>
        </w:rPr>
        <w:t xml:space="preserve"> на действия Заказчика</w:t>
      </w:r>
      <w:r>
        <w:rPr>
          <w:sz w:val="28"/>
          <w:szCs w:val="28"/>
          <w:lang w:val="ru-RU"/>
        </w:rPr>
        <w:br/>
      </w:r>
      <w:r w:rsidRPr="00DA21D4">
        <w:rPr>
          <w:sz w:val="28"/>
          <w:szCs w:val="28"/>
          <w:lang w:val="ru-RU"/>
        </w:rPr>
        <w:t xml:space="preserve">при </w:t>
      </w:r>
      <w:r w:rsidRPr="00E13FBE">
        <w:rPr>
          <w:sz w:val="28"/>
          <w:szCs w:val="28"/>
          <w:lang w:val="ru-RU"/>
        </w:rPr>
        <w:t>проведении открытого конкурса в электронной форме</w:t>
      </w:r>
      <w:r>
        <w:rPr>
          <w:sz w:val="28"/>
          <w:szCs w:val="28"/>
          <w:lang w:val="ru-RU"/>
        </w:rPr>
        <w:br/>
      </w:r>
      <w:r w:rsidRPr="00E13FBE">
        <w:rPr>
          <w:sz w:val="28"/>
          <w:szCs w:val="28"/>
          <w:lang w:val="ru-RU"/>
        </w:rPr>
        <w:t xml:space="preserve">№ 0179300002426000001 на выполнение работ по благоустройству общественной территории по адресу: РФ, КЧР, </w:t>
      </w:r>
      <w:proofErr w:type="spellStart"/>
      <w:r w:rsidRPr="00E13FBE">
        <w:rPr>
          <w:sz w:val="28"/>
          <w:szCs w:val="28"/>
          <w:lang w:val="ru-RU"/>
        </w:rPr>
        <w:t>Усть-Джегути</w:t>
      </w:r>
      <w:r>
        <w:rPr>
          <w:sz w:val="28"/>
          <w:szCs w:val="28"/>
          <w:lang w:val="ru-RU"/>
        </w:rPr>
        <w:t>нский</w:t>
      </w:r>
      <w:proofErr w:type="spellEnd"/>
      <w:r>
        <w:rPr>
          <w:sz w:val="28"/>
          <w:szCs w:val="28"/>
          <w:lang w:val="ru-RU"/>
        </w:rPr>
        <w:t xml:space="preserve"> район, аул </w:t>
      </w:r>
      <w:proofErr w:type="spellStart"/>
      <w:r>
        <w:rPr>
          <w:sz w:val="28"/>
          <w:szCs w:val="28"/>
          <w:lang w:val="ru-RU"/>
        </w:rPr>
        <w:t>Эльтаркач</w:t>
      </w:r>
      <w:proofErr w:type="spellEnd"/>
      <w:r>
        <w:rPr>
          <w:sz w:val="28"/>
          <w:szCs w:val="28"/>
          <w:lang w:val="ru-RU"/>
        </w:rPr>
        <w:t>,</w:t>
      </w:r>
      <w:r>
        <w:rPr>
          <w:sz w:val="28"/>
          <w:szCs w:val="28"/>
          <w:lang w:val="ru-RU"/>
        </w:rPr>
        <w:br/>
      </w:r>
      <w:r w:rsidRPr="00E13FBE">
        <w:rPr>
          <w:sz w:val="28"/>
          <w:szCs w:val="28"/>
          <w:lang w:val="ru-RU"/>
        </w:rPr>
        <w:t>ул. Центральная, спортивная площадка, район мечети</w:t>
      </w:r>
      <w:r>
        <w:rPr>
          <w:sz w:val="28"/>
          <w:szCs w:val="28"/>
          <w:lang w:val="ru-RU"/>
        </w:rPr>
        <w:t xml:space="preserve">, </w:t>
      </w:r>
      <w:r w:rsidRPr="000513EE">
        <w:rPr>
          <w:sz w:val="28"/>
          <w:szCs w:val="28"/>
          <w:lang w:val="ru-RU"/>
        </w:rPr>
        <w:t>в соо</w:t>
      </w:r>
      <w:r>
        <w:rPr>
          <w:sz w:val="28"/>
          <w:szCs w:val="28"/>
          <w:lang w:val="ru-RU"/>
        </w:rPr>
        <w:t>тветствии</w:t>
      </w:r>
      <w:r>
        <w:rPr>
          <w:sz w:val="28"/>
          <w:szCs w:val="28"/>
          <w:lang w:val="ru-RU"/>
        </w:rPr>
        <w:br/>
      </w:r>
      <w:r>
        <w:rPr>
          <w:sz w:val="28"/>
          <w:szCs w:val="28"/>
          <w:lang w:val="ru-RU"/>
        </w:rPr>
        <w:t xml:space="preserve">с Федеральным законом </w:t>
      </w:r>
      <w:r w:rsidRPr="000513EE">
        <w:rPr>
          <w:sz w:val="28"/>
          <w:szCs w:val="28"/>
          <w:lang w:val="ru-RU"/>
        </w:rPr>
        <w:t>от 05.04.2013 № 44-ФЗ</w:t>
      </w:r>
      <w:r>
        <w:rPr>
          <w:sz w:val="28"/>
          <w:szCs w:val="28"/>
          <w:lang w:val="ru-RU"/>
        </w:rPr>
        <w:t xml:space="preserve"> </w:t>
      </w:r>
      <w:r w:rsidRPr="000513EE">
        <w:rPr>
          <w:sz w:val="28"/>
          <w:szCs w:val="28"/>
          <w:lang w:val="ru-RU"/>
        </w:rPr>
        <w:t>«О контрактной системе в сфере закупок товаров, работ, услуг для обеспечения госуда</w:t>
      </w:r>
      <w:r>
        <w:rPr>
          <w:sz w:val="28"/>
          <w:szCs w:val="28"/>
          <w:lang w:val="ru-RU"/>
        </w:rPr>
        <w:t xml:space="preserve">рственных и муниципальных нужд» </w:t>
      </w:r>
      <w:r w:rsidRPr="000513EE">
        <w:rPr>
          <w:sz w:val="28"/>
          <w:szCs w:val="28"/>
          <w:lang w:val="ru-RU"/>
        </w:rPr>
        <w:t>(далее – Закон о контрактной системе),</w:t>
      </w:r>
    </w:p>
    <w:p w:rsidR="00E13FBE" w:rsidRDefault="00E13FBE" w:rsidP="00E13FBE">
      <w:pPr>
        <w:jc w:val="both"/>
        <w:rPr>
          <w:sz w:val="28"/>
          <w:szCs w:val="28"/>
          <w:lang w:val="ru-RU"/>
        </w:rPr>
      </w:pPr>
    </w:p>
    <w:p w:rsidR="00CF3EB2" w:rsidRPr="00E13FBE" w:rsidRDefault="00685981" w:rsidP="00E13FBE">
      <w:pPr>
        <w:jc w:val="center"/>
        <w:rPr>
          <w:sz w:val="28"/>
          <w:szCs w:val="28"/>
          <w:lang w:val="ru-RU"/>
        </w:rPr>
      </w:pPr>
      <w:r w:rsidRPr="00E13FBE">
        <w:rPr>
          <w:b/>
          <w:sz w:val="28"/>
          <w:szCs w:val="28"/>
          <w:lang w:val="ru-RU"/>
        </w:rPr>
        <w:t>УСТАНОВИЛА:</w:t>
      </w:r>
    </w:p>
    <w:p w:rsidR="00E13FBE" w:rsidRDefault="00E13FBE" w:rsidP="00E13FBE">
      <w:pPr>
        <w:ind w:firstLine="709"/>
        <w:jc w:val="both"/>
        <w:rPr>
          <w:sz w:val="28"/>
          <w:szCs w:val="28"/>
          <w:lang w:val="ru-RU"/>
        </w:rPr>
      </w:pPr>
    </w:p>
    <w:p w:rsidR="00E13FBE" w:rsidRDefault="00E13FBE" w:rsidP="00E13FBE">
      <w:pPr>
        <w:ind w:firstLine="720"/>
        <w:jc w:val="both"/>
        <w:rPr>
          <w:sz w:val="28"/>
          <w:szCs w:val="28"/>
          <w:lang w:val="ru-RU"/>
        </w:rPr>
      </w:pPr>
      <w:r w:rsidRPr="00FB48DA">
        <w:rPr>
          <w:sz w:val="28"/>
          <w:szCs w:val="28"/>
          <w:lang w:val="ru-RU"/>
        </w:rPr>
        <w:t>В Управление Фед</w:t>
      </w:r>
      <w:r>
        <w:rPr>
          <w:sz w:val="28"/>
          <w:szCs w:val="28"/>
          <w:lang w:val="ru-RU"/>
        </w:rPr>
        <w:t>еральной антимонопольной службы</w:t>
      </w:r>
      <w:r>
        <w:rPr>
          <w:sz w:val="28"/>
          <w:szCs w:val="28"/>
          <w:lang w:val="ru-RU"/>
        </w:rPr>
        <w:br/>
      </w:r>
      <w:r w:rsidRPr="00FB48DA">
        <w:rPr>
          <w:sz w:val="28"/>
          <w:szCs w:val="28"/>
          <w:lang w:val="ru-RU"/>
        </w:rPr>
        <w:t>по Карачаево-Черкесской Республике поступила жалоба</w:t>
      </w:r>
      <w:r>
        <w:rPr>
          <w:sz w:val="28"/>
          <w:szCs w:val="28"/>
          <w:lang w:val="ru-RU"/>
        </w:rPr>
        <w:t xml:space="preserve"> </w:t>
      </w:r>
      <w:r w:rsidRPr="00E13FBE">
        <w:rPr>
          <w:sz w:val="28"/>
          <w:szCs w:val="28"/>
          <w:lang w:val="ru-RU"/>
        </w:rPr>
        <w:t xml:space="preserve">ИП </w:t>
      </w:r>
      <w:proofErr w:type="spellStart"/>
      <w:r w:rsidRPr="00E13FBE">
        <w:rPr>
          <w:sz w:val="28"/>
          <w:szCs w:val="28"/>
          <w:lang w:val="ru-RU"/>
        </w:rPr>
        <w:t>Мельничкина</w:t>
      </w:r>
      <w:proofErr w:type="spellEnd"/>
      <w:r w:rsidRPr="00E13FBE">
        <w:rPr>
          <w:sz w:val="28"/>
          <w:szCs w:val="28"/>
          <w:lang w:val="ru-RU"/>
        </w:rPr>
        <w:t xml:space="preserve"> Е.В.</w:t>
      </w:r>
      <w:r>
        <w:rPr>
          <w:sz w:val="28"/>
          <w:szCs w:val="28"/>
          <w:lang w:val="ru-RU"/>
        </w:rPr>
        <w:br/>
      </w:r>
      <w:r w:rsidRPr="00FB48DA">
        <w:rPr>
          <w:sz w:val="28"/>
          <w:szCs w:val="28"/>
          <w:lang w:val="ru-RU"/>
        </w:rPr>
        <w:t xml:space="preserve">на действия Заказчика </w:t>
      </w:r>
      <w:r w:rsidRPr="00DA21D4">
        <w:rPr>
          <w:sz w:val="28"/>
          <w:szCs w:val="28"/>
          <w:lang w:val="ru-RU"/>
        </w:rPr>
        <w:t xml:space="preserve">при </w:t>
      </w:r>
      <w:r w:rsidRPr="00E13FBE">
        <w:rPr>
          <w:sz w:val="28"/>
          <w:szCs w:val="28"/>
          <w:lang w:val="ru-RU"/>
        </w:rPr>
        <w:t>проведении открытого конкурса в электронной форме</w:t>
      </w:r>
      <w:r>
        <w:rPr>
          <w:sz w:val="28"/>
          <w:szCs w:val="28"/>
          <w:lang w:val="ru-RU"/>
        </w:rPr>
        <w:br/>
      </w:r>
      <w:r w:rsidRPr="00E13FBE">
        <w:rPr>
          <w:sz w:val="28"/>
          <w:szCs w:val="28"/>
          <w:lang w:val="ru-RU"/>
        </w:rPr>
        <w:t xml:space="preserve">№ 0179300002426000001 </w:t>
      </w:r>
      <w:r w:rsidR="00347EA4">
        <w:rPr>
          <w:sz w:val="28"/>
          <w:szCs w:val="28"/>
          <w:lang w:val="ru-RU"/>
        </w:rPr>
        <w:t>на право заключения государственного контракта</w:t>
      </w:r>
      <w:r w:rsidR="00347EA4">
        <w:rPr>
          <w:sz w:val="28"/>
          <w:szCs w:val="28"/>
          <w:lang w:val="ru-RU"/>
        </w:rPr>
        <w:br/>
      </w:r>
      <w:r w:rsidRPr="00E13FBE">
        <w:rPr>
          <w:sz w:val="28"/>
          <w:szCs w:val="28"/>
          <w:lang w:val="ru-RU"/>
        </w:rPr>
        <w:t xml:space="preserve">на выполнение работ по благоустройству общественной территории по адресу: РФ, КЧР, </w:t>
      </w:r>
      <w:proofErr w:type="spellStart"/>
      <w:r w:rsidRPr="00E13FBE">
        <w:rPr>
          <w:sz w:val="28"/>
          <w:szCs w:val="28"/>
          <w:lang w:val="ru-RU"/>
        </w:rPr>
        <w:t>Усть-Джегути</w:t>
      </w:r>
      <w:r w:rsidR="00347EA4">
        <w:rPr>
          <w:sz w:val="28"/>
          <w:szCs w:val="28"/>
          <w:lang w:val="ru-RU"/>
        </w:rPr>
        <w:t>нский</w:t>
      </w:r>
      <w:proofErr w:type="spellEnd"/>
      <w:r w:rsidR="00347EA4">
        <w:rPr>
          <w:sz w:val="28"/>
          <w:szCs w:val="28"/>
          <w:lang w:val="ru-RU"/>
        </w:rPr>
        <w:t xml:space="preserve"> район, аул </w:t>
      </w:r>
      <w:proofErr w:type="spellStart"/>
      <w:r w:rsidR="00347EA4">
        <w:rPr>
          <w:sz w:val="28"/>
          <w:szCs w:val="28"/>
          <w:lang w:val="ru-RU"/>
        </w:rPr>
        <w:t>Эльтаркач</w:t>
      </w:r>
      <w:proofErr w:type="spellEnd"/>
      <w:r w:rsidR="00347EA4">
        <w:rPr>
          <w:sz w:val="28"/>
          <w:szCs w:val="28"/>
          <w:lang w:val="ru-RU"/>
        </w:rPr>
        <w:t xml:space="preserve">, </w:t>
      </w:r>
      <w:r w:rsidRPr="00E13FBE">
        <w:rPr>
          <w:sz w:val="28"/>
          <w:szCs w:val="28"/>
          <w:lang w:val="ru-RU"/>
        </w:rPr>
        <w:t>ул. Центральная, спортивная площадка, район мечети</w:t>
      </w:r>
      <w:r>
        <w:rPr>
          <w:sz w:val="28"/>
          <w:szCs w:val="28"/>
          <w:lang w:val="ru-RU"/>
        </w:rPr>
        <w:t>.</w:t>
      </w:r>
    </w:p>
    <w:p w:rsidR="00E13FBE" w:rsidRPr="00E13FBE" w:rsidRDefault="00E13FBE" w:rsidP="00E13FBE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Согласно доводам, изложенным в жалобе, З</w:t>
      </w:r>
      <w:r w:rsidRPr="00E13FBE">
        <w:rPr>
          <w:sz w:val="28"/>
          <w:szCs w:val="28"/>
          <w:lang w:val="ru-RU"/>
        </w:rPr>
        <w:t>аказчиком неправомерно установлены дополнительные требования к участникам закупки в соответствии</w:t>
      </w:r>
      <w:r>
        <w:rPr>
          <w:sz w:val="28"/>
          <w:szCs w:val="28"/>
          <w:lang w:val="ru-RU"/>
        </w:rPr>
        <w:br/>
      </w:r>
      <w:r w:rsidRPr="00E13FBE">
        <w:rPr>
          <w:sz w:val="28"/>
          <w:szCs w:val="28"/>
          <w:lang w:val="ru-RU"/>
        </w:rPr>
        <w:t xml:space="preserve">с позицией 9 раздела </w:t>
      </w:r>
      <w:r w:rsidRPr="00E13FBE">
        <w:rPr>
          <w:sz w:val="28"/>
          <w:szCs w:val="28"/>
        </w:rPr>
        <w:t>II</w:t>
      </w:r>
      <w:r w:rsidRPr="00E13FBE">
        <w:rPr>
          <w:sz w:val="28"/>
          <w:szCs w:val="28"/>
          <w:lang w:val="ru-RU"/>
        </w:rPr>
        <w:t xml:space="preserve"> приложения к </w:t>
      </w:r>
      <w:r w:rsidRPr="00E13FBE">
        <w:rPr>
          <w:sz w:val="28"/>
          <w:szCs w:val="28"/>
          <w:lang w:val="ru-RU"/>
        </w:rPr>
        <w:t>Постановлени</w:t>
      </w:r>
      <w:r>
        <w:rPr>
          <w:sz w:val="28"/>
          <w:szCs w:val="28"/>
          <w:lang w:val="ru-RU"/>
        </w:rPr>
        <w:t>ю</w:t>
      </w:r>
      <w:r w:rsidRPr="00E13FBE">
        <w:rPr>
          <w:sz w:val="28"/>
          <w:szCs w:val="28"/>
          <w:lang w:val="ru-RU"/>
        </w:rPr>
        <w:t xml:space="preserve"> Правительства </w:t>
      </w:r>
      <w:r>
        <w:rPr>
          <w:sz w:val="28"/>
          <w:szCs w:val="28"/>
          <w:lang w:val="ru-RU"/>
        </w:rPr>
        <w:t>Российской Федерации</w:t>
      </w:r>
      <w:r w:rsidRPr="00E13FBE">
        <w:rPr>
          <w:sz w:val="28"/>
          <w:szCs w:val="28"/>
          <w:lang w:val="ru-RU"/>
        </w:rPr>
        <w:t xml:space="preserve"> от 29.12.2021 </w:t>
      </w:r>
      <w:r>
        <w:rPr>
          <w:sz w:val="28"/>
          <w:szCs w:val="28"/>
          <w:lang w:val="ru-RU"/>
        </w:rPr>
        <w:t>№</w:t>
      </w:r>
      <w:r w:rsidRPr="00E13FBE">
        <w:rPr>
          <w:sz w:val="28"/>
          <w:szCs w:val="28"/>
          <w:lang w:val="ru-RU"/>
        </w:rPr>
        <w:t xml:space="preserve"> 2571 </w:t>
      </w:r>
      <w:r>
        <w:rPr>
          <w:sz w:val="28"/>
          <w:szCs w:val="28"/>
          <w:lang w:val="ru-RU"/>
        </w:rPr>
        <w:t>«</w:t>
      </w:r>
      <w:r w:rsidRPr="00E13FBE">
        <w:rPr>
          <w:sz w:val="28"/>
          <w:szCs w:val="28"/>
          <w:lang w:val="ru-RU"/>
        </w:rPr>
        <w:t>О требованиях к участникам закупки товаров, работ, услуг для обеспечения государственных и муниципальных нужд</w:t>
      </w:r>
      <w:r>
        <w:rPr>
          <w:sz w:val="28"/>
          <w:szCs w:val="28"/>
          <w:lang w:val="ru-RU"/>
        </w:rPr>
        <w:br/>
      </w:r>
      <w:r w:rsidRPr="00E13FBE">
        <w:rPr>
          <w:sz w:val="28"/>
          <w:szCs w:val="28"/>
          <w:lang w:val="ru-RU"/>
        </w:rPr>
        <w:lastRenderedPageBreak/>
        <w:t>и признании утратившими силу некоторых актов и отдельных положений актов Правительства Российской Федерации</w:t>
      </w:r>
      <w:r>
        <w:rPr>
          <w:sz w:val="28"/>
          <w:szCs w:val="28"/>
          <w:lang w:val="ru-RU"/>
        </w:rPr>
        <w:t>»</w:t>
      </w:r>
      <w:r w:rsidR="00347EA4">
        <w:rPr>
          <w:sz w:val="28"/>
          <w:szCs w:val="28"/>
          <w:lang w:val="ru-RU"/>
        </w:rPr>
        <w:t xml:space="preserve"> (далее – Постановление № 2571)</w:t>
      </w:r>
      <w:r w:rsidRPr="00E13FBE">
        <w:rPr>
          <w:sz w:val="28"/>
          <w:szCs w:val="28"/>
          <w:lang w:val="ru-RU"/>
        </w:rPr>
        <w:t>, поскольку начальная (максимальная) цена контракта для муниципальных нужд</w:t>
      </w:r>
      <w:r w:rsidR="00347EA4">
        <w:rPr>
          <w:sz w:val="28"/>
          <w:szCs w:val="28"/>
          <w:lang w:val="ru-RU"/>
        </w:rPr>
        <w:br/>
      </w:r>
      <w:r w:rsidRPr="00E13FBE">
        <w:rPr>
          <w:sz w:val="28"/>
          <w:szCs w:val="28"/>
          <w:lang w:val="ru-RU"/>
        </w:rPr>
        <w:t>не превышает 5 млн рублей.</w:t>
      </w:r>
    </w:p>
    <w:p w:rsidR="00E13FBE" w:rsidRDefault="00E13FBE" w:rsidP="00E13FBE">
      <w:pPr>
        <w:ind w:firstLine="709"/>
        <w:contextualSpacing/>
        <w:jc w:val="both"/>
        <w:rPr>
          <w:sz w:val="28"/>
          <w:szCs w:val="28"/>
          <w:lang w:val="ru-RU"/>
        </w:rPr>
      </w:pPr>
      <w:r w:rsidRPr="00FB48DA">
        <w:rPr>
          <w:sz w:val="28"/>
          <w:szCs w:val="28"/>
          <w:lang w:val="ru-RU"/>
        </w:rPr>
        <w:t xml:space="preserve">На основании изложенного Заявитель просит признать жалобу обоснованной и </w:t>
      </w:r>
      <w:r>
        <w:rPr>
          <w:sz w:val="28"/>
          <w:szCs w:val="28"/>
          <w:lang w:val="ru-RU"/>
        </w:rPr>
        <w:t>выдать Заказчику обязательное для исполнения предписание</w:t>
      </w:r>
      <w:r w:rsidRPr="00FB48DA">
        <w:rPr>
          <w:sz w:val="28"/>
          <w:szCs w:val="28"/>
          <w:lang w:val="ru-RU"/>
        </w:rPr>
        <w:t>.</w:t>
      </w:r>
    </w:p>
    <w:p w:rsidR="00E13FBE" w:rsidRPr="00FB48DA" w:rsidRDefault="00E13FBE" w:rsidP="00E13FBE">
      <w:pPr>
        <w:ind w:firstLine="709"/>
        <w:jc w:val="both"/>
        <w:rPr>
          <w:sz w:val="28"/>
          <w:szCs w:val="28"/>
          <w:lang w:val="ru-RU"/>
        </w:rPr>
      </w:pPr>
      <w:r w:rsidRPr="00FB48DA">
        <w:rPr>
          <w:sz w:val="28"/>
          <w:szCs w:val="28"/>
          <w:lang w:val="ru-RU"/>
        </w:rPr>
        <w:t>Рассмотрев доводы жалобы, документы, размещенные в единой информационной системе</w:t>
      </w:r>
      <w:r>
        <w:rPr>
          <w:sz w:val="28"/>
          <w:szCs w:val="28"/>
          <w:lang w:val="ru-RU"/>
        </w:rPr>
        <w:t xml:space="preserve"> в сфере закупок</w:t>
      </w:r>
      <w:r w:rsidRPr="00FB48DA">
        <w:rPr>
          <w:sz w:val="28"/>
          <w:szCs w:val="28"/>
          <w:lang w:val="ru-RU"/>
        </w:rPr>
        <w:t>, а также материалы, представленные сторонами, Комиссия Управления приходит к следующим выводам.</w:t>
      </w:r>
    </w:p>
    <w:p w:rsidR="00E13FBE" w:rsidRDefault="00E13FBE" w:rsidP="00E13FBE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Установлено, что </w:t>
      </w:r>
      <w:r w:rsidRPr="00E13FBE">
        <w:rPr>
          <w:sz w:val="28"/>
          <w:szCs w:val="28"/>
          <w:lang w:val="ru-RU"/>
        </w:rPr>
        <w:t>14.04.2026</w:t>
      </w:r>
      <w:r>
        <w:rPr>
          <w:sz w:val="28"/>
          <w:szCs w:val="28"/>
          <w:lang w:val="ru-RU"/>
        </w:rPr>
        <w:t xml:space="preserve"> </w:t>
      </w:r>
      <w:r w:rsidRPr="00753520">
        <w:rPr>
          <w:rFonts w:cs="Times New Roman"/>
          <w:color w:val="000000" w:themeColor="text1"/>
          <w:sz w:val="28"/>
          <w:szCs w:val="28"/>
          <w:lang w:val="ru-RU"/>
        </w:rPr>
        <w:t>Заказчиком на официальном сайте Единой информа</w:t>
      </w:r>
      <w:r>
        <w:rPr>
          <w:rFonts w:cs="Times New Roman"/>
          <w:color w:val="000000" w:themeColor="text1"/>
          <w:sz w:val="28"/>
          <w:szCs w:val="28"/>
          <w:lang w:val="ru-RU"/>
        </w:rPr>
        <w:t>ционной системы в сфере закупок</w:t>
      </w:r>
      <w:r>
        <w:rPr>
          <w:rFonts w:cs="Times New Roman"/>
          <w:color w:val="000000" w:themeColor="text1"/>
          <w:sz w:val="28"/>
          <w:szCs w:val="28"/>
          <w:lang w:val="ru-RU"/>
        </w:rPr>
        <w:br/>
      </w:r>
      <w:r w:rsidRPr="00753520">
        <w:rPr>
          <w:rFonts w:cs="Times New Roman"/>
          <w:color w:val="000000" w:themeColor="text1"/>
          <w:sz w:val="28"/>
          <w:szCs w:val="28"/>
          <w:lang w:val="ru-RU"/>
        </w:rPr>
        <w:t xml:space="preserve">в информационно-телекоммуникационной сети «Интернет» </w:t>
      </w:r>
      <w:r w:rsidRPr="00753520">
        <w:rPr>
          <w:rFonts w:cs="Times New Roman"/>
          <w:color w:val="000000" w:themeColor="text1"/>
          <w:sz w:val="28"/>
          <w:szCs w:val="28"/>
        </w:rPr>
        <w:t>h</w:t>
      </w:r>
      <w:r w:rsidRPr="00753520">
        <w:rPr>
          <w:rFonts w:cs="Times New Roman"/>
          <w:color w:val="000000" w:themeColor="text1"/>
          <w:sz w:val="28"/>
          <w:szCs w:val="28"/>
          <w:lang w:val="ru-RU"/>
        </w:rPr>
        <w:t>ttps://zakupki.gov.ru размещен</w:t>
      </w:r>
      <w:r>
        <w:rPr>
          <w:rFonts w:cs="Times New Roman"/>
          <w:color w:val="000000" w:themeColor="text1"/>
          <w:sz w:val="28"/>
          <w:szCs w:val="28"/>
          <w:lang w:val="ru-RU"/>
        </w:rPr>
        <w:t>о</w:t>
      </w:r>
      <w:r w:rsidRPr="00753520">
        <w:rPr>
          <w:rFonts w:cs="Times New Roman"/>
          <w:color w:val="000000" w:themeColor="text1"/>
          <w:sz w:val="28"/>
          <w:szCs w:val="28"/>
          <w:lang w:val="ru-RU"/>
        </w:rPr>
        <w:t xml:space="preserve"> </w:t>
      </w:r>
      <w:r>
        <w:rPr>
          <w:rFonts w:cs="Times New Roman"/>
          <w:color w:val="000000" w:themeColor="text1"/>
          <w:sz w:val="28"/>
          <w:szCs w:val="28"/>
          <w:lang w:val="ru-RU"/>
        </w:rPr>
        <w:t xml:space="preserve">извещение </w:t>
      </w:r>
      <w:r>
        <w:rPr>
          <w:sz w:val="28"/>
          <w:szCs w:val="28"/>
          <w:lang w:val="ru-RU"/>
        </w:rPr>
        <w:t xml:space="preserve">о </w:t>
      </w:r>
      <w:r w:rsidRPr="006965D0">
        <w:rPr>
          <w:sz w:val="28"/>
          <w:szCs w:val="28"/>
          <w:lang w:val="ru-RU"/>
        </w:rPr>
        <w:t xml:space="preserve">проведении </w:t>
      </w:r>
      <w:r w:rsidRPr="00E10D7F">
        <w:rPr>
          <w:sz w:val="28"/>
          <w:szCs w:val="28"/>
          <w:lang w:val="ru-RU"/>
        </w:rPr>
        <w:t>открытого конкурса в электронной форме</w:t>
      </w:r>
      <w:r>
        <w:rPr>
          <w:sz w:val="28"/>
          <w:szCs w:val="28"/>
          <w:lang w:val="ru-RU"/>
        </w:rPr>
        <w:br/>
      </w:r>
      <w:r w:rsidR="00347EA4">
        <w:rPr>
          <w:sz w:val="28"/>
          <w:szCs w:val="28"/>
          <w:lang w:val="ru-RU"/>
        </w:rPr>
        <w:t>на право заключ</w:t>
      </w:r>
      <w:r w:rsidR="00347EA4">
        <w:rPr>
          <w:sz w:val="28"/>
          <w:szCs w:val="28"/>
          <w:lang w:val="ru-RU"/>
        </w:rPr>
        <w:t xml:space="preserve">ения государственного контракта </w:t>
      </w:r>
      <w:r w:rsidR="00347EA4" w:rsidRPr="00E13FBE">
        <w:rPr>
          <w:sz w:val="28"/>
          <w:szCs w:val="28"/>
          <w:lang w:val="ru-RU"/>
        </w:rPr>
        <w:t>на выполнение работ</w:t>
      </w:r>
      <w:r w:rsidR="00347EA4">
        <w:rPr>
          <w:sz w:val="28"/>
          <w:szCs w:val="28"/>
          <w:lang w:val="ru-RU"/>
        </w:rPr>
        <w:br/>
      </w:r>
      <w:r w:rsidR="00347EA4" w:rsidRPr="00E13FBE">
        <w:rPr>
          <w:sz w:val="28"/>
          <w:szCs w:val="28"/>
          <w:lang w:val="ru-RU"/>
        </w:rPr>
        <w:t>по благоустройству общественной территории по адресу: РФ, КЧР,</w:t>
      </w:r>
      <w:r w:rsidR="00347EA4">
        <w:rPr>
          <w:sz w:val="28"/>
          <w:szCs w:val="28"/>
          <w:lang w:val="ru-RU"/>
        </w:rPr>
        <w:br/>
      </w:r>
      <w:proofErr w:type="spellStart"/>
      <w:r w:rsidR="00347EA4" w:rsidRPr="00E13FBE">
        <w:rPr>
          <w:sz w:val="28"/>
          <w:szCs w:val="28"/>
          <w:lang w:val="ru-RU"/>
        </w:rPr>
        <w:t>Усть-Джегути</w:t>
      </w:r>
      <w:r w:rsidR="00347EA4">
        <w:rPr>
          <w:sz w:val="28"/>
          <w:szCs w:val="28"/>
          <w:lang w:val="ru-RU"/>
        </w:rPr>
        <w:t>нский</w:t>
      </w:r>
      <w:proofErr w:type="spellEnd"/>
      <w:r w:rsidR="00347EA4">
        <w:rPr>
          <w:sz w:val="28"/>
          <w:szCs w:val="28"/>
          <w:lang w:val="ru-RU"/>
        </w:rPr>
        <w:t xml:space="preserve"> район, аул </w:t>
      </w:r>
      <w:proofErr w:type="spellStart"/>
      <w:r w:rsidR="00347EA4">
        <w:rPr>
          <w:sz w:val="28"/>
          <w:szCs w:val="28"/>
          <w:lang w:val="ru-RU"/>
        </w:rPr>
        <w:t>Эльтаркач</w:t>
      </w:r>
      <w:proofErr w:type="spellEnd"/>
      <w:r w:rsidR="00347EA4">
        <w:rPr>
          <w:sz w:val="28"/>
          <w:szCs w:val="28"/>
          <w:lang w:val="ru-RU"/>
        </w:rPr>
        <w:t xml:space="preserve">, </w:t>
      </w:r>
      <w:r w:rsidR="00347EA4" w:rsidRPr="00E13FBE">
        <w:rPr>
          <w:sz w:val="28"/>
          <w:szCs w:val="28"/>
          <w:lang w:val="ru-RU"/>
        </w:rPr>
        <w:t>ул. Центральная, спортивная площадка, район мечети</w:t>
      </w:r>
      <w:r w:rsidR="00347EA4">
        <w:rPr>
          <w:sz w:val="28"/>
          <w:szCs w:val="28"/>
          <w:lang w:val="ru-RU"/>
        </w:rPr>
        <w:t xml:space="preserve"> (Закупка </w:t>
      </w:r>
      <w:r w:rsidRPr="006965D0">
        <w:rPr>
          <w:sz w:val="28"/>
          <w:szCs w:val="28"/>
          <w:lang w:val="ru-RU"/>
        </w:rPr>
        <w:t xml:space="preserve">№ </w:t>
      </w:r>
      <w:r w:rsidR="00347EA4" w:rsidRPr="00E13FBE">
        <w:rPr>
          <w:sz w:val="28"/>
          <w:szCs w:val="28"/>
          <w:lang w:val="ru-RU"/>
        </w:rPr>
        <w:t>0179300002426000001</w:t>
      </w:r>
      <w:r>
        <w:rPr>
          <w:rFonts w:cs="Times New Roman"/>
          <w:color w:val="000000" w:themeColor="text1"/>
          <w:sz w:val="28"/>
          <w:szCs w:val="28"/>
          <w:lang w:val="ru-RU"/>
        </w:rPr>
        <w:t xml:space="preserve">, </w:t>
      </w:r>
      <w:r w:rsidRPr="00753520">
        <w:rPr>
          <w:rFonts w:cs="Times New Roman"/>
          <w:color w:val="000000" w:themeColor="text1"/>
          <w:sz w:val="28"/>
          <w:szCs w:val="28"/>
          <w:lang w:val="ru-RU"/>
        </w:rPr>
        <w:t xml:space="preserve">далее – </w:t>
      </w:r>
      <w:r>
        <w:rPr>
          <w:rFonts w:cs="Times New Roman"/>
          <w:color w:val="000000" w:themeColor="text1"/>
          <w:sz w:val="28"/>
          <w:szCs w:val="28"/>
          <w:lang w:val="ru-RU"/>
        </w:rPr>
        <w:t>Конкурс</w:t>
      </w:r>
      <w:r w:rsidRPr="00753520">
        <w:rPr>
          <w:rFonts w:cs="Times New Roman"/>
          <w:color w:val="000000" w:themeColor="text1"/>
          <w:sz w:val="28"/>
          <w:szCs w:val="28"/>
          <w:lang w:val="ru-RU"/>
        </w:rPr>
        <w:t>) с начальной</w:t>
      </w:r>
      <w:r>
        <w:rPr>
          <w:rFonts w:cs="Times New Roman"/>
          <w:color w:val="000000" w:themeColor="text1"/>
          <w:sz w:val="28"/>
          <w:szCs w:val="28"/>
          <w:lang w:val="ru-RU"/>
        </w:rPr>
        <w:t xml:space="preserve"> (максимальной) ценой контракта </w:t>
      </w:r>
      <w:r w:rsidR="00347EA4" w:rsidRPr="00E13FBE">
        <w:rPr>
          <w:sz w:val="28"/>
          <w:szCs w:val="28"/>
          <w:lang w:val="ru-RU"/>
        </w:rPr>
        <w:t xml:space="preserve">3 800 000,00 </w:t>
      </w:r>
      <w:r>
        <w:rPr>
          <w:sz w:val="28"/>
          <w:szCs w:val="28"/>
          <w:lang w:val="ru-RU"/>
        </w:rPr>
        <w:t>руб.</w:t>
      </w:r>
    </w:p>
    <w:p w:rsidR="00CF3EB2" w:rsidRPr="00E13FBE" w:rsidRDefault="00685981" w:rsidP="00E13FBE">
      <w:pPr>
        <w:ind w:firstLine="709"/>
        <w:jc w:val="both"/>
        <w:rPr>
          <w:sz w:val="28"/>
          <w:szCs w:val="28"/>
          <w:lang w:val="ru-RU"/>
        </w:rPr>
      </w:pPr>
      <w:r w:rsidRPr="00E13FBE">
        <w:rPr>
          <w:sz w:val="28"/>
          <w:szCs w:val="28"/>
          <w:lang w:val="ru-RU"/>
        </w:rPr>
        <w:t xml:space="preserve">В силу </w:t>
      </w:r>
      <w:r w:rsidR="00347EA4">
        <w:rPr>
          <w:sz w:val="28"/>
          <w:szCs w:val="28"/>
          <w:lang w:val="ru-RU"/>
        </w:rPr>
        <w:t>ч.</w:t>
      </w:r>
      <w:r w:rsidRPr="00E13FBE">
        <w:rPr>
          <w:sz w:val="28"/>
          <w:szCs w:val="28"/>
          <w:lang w:val="ru-RU"/>
        </w:rPr>
        <w:t xml:space="preserve"> 2 </w:t>
      </w:r>
      <w:r w:rsidR="00347EA4">
        <w:rPr>
          <w:sz w:val="28"/>
          <w:szCs w:val="28"/>
          <w:lang w:val="ru-RU"/>
        </w:rPr>
        <w:t>ст.</w:t>
      </w:r>
      <w:r w:rsidRPr="00E13FBE">
        <w:rPr>
          <w:sz w:val="28"/>
          <w:szCs w:val="28"/>
          <w:lang w:val="ru-RU"/>
        </w:rPr>
        <w:t xml:space="preserve"> 31 Закона о контрактной системе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</w:t>
      </w:r>
      <w:r w:rsidRPr="00E13FBE">
        <w:rPr>
          <w:sz w:val="28"/>
          <w:szCs w:val="28"/>
          <w:lang w:val="ru-RU"/>
        </w:rPr>
        <w:t xml:space="preserve">ю опыта работы, связанного с предметом контракта. При этом в соответствии с </w:t>
      </w:r>
      <w:r w:rsidR="00347EA4">
        <w:rPr>
          <w:sz w:val="28"/>
          <w:szCs w:val="28"/>
          <w:lang w:val="ru-RU"/>
        </w:rPr>
        <w:t>ч.</w:t>
      </w:r>
      <w:r w:rsidRPr="00E13FBE">
        <w:rPr>
          <w:sz w:val="28"/>
          <w:szCs w:val="28"/>
          <w:lang w:val="ru-RU"/>
        </w:rPr>
        <w:t xml:space="preserve"> 6 </w:t>
      </w:r>
      <w:r w:rsidR="00347EA4">
        <w:rPr>
          <w:sz w:val="28"/>
          <w:szCs w:val="28"/>
          <w:lang w:val="ru-RU"/>
        </w:rPr>
        <w:t>ст.</w:t>
      </w:r>
      <w:r w:rsidRPr="00E13FBE">
        <w:rPr>
          <w:sz w:val="28"/>
          <w:szCs w:val="28"/>
          <w:lang w:val="ru-RU"/>
        </w:rPr>
        <w:t xml:space="preserve"> 31 Закона</w:t>
      </w:r>
      <w:r w:rsidR="00347EA4">
        <w:rPr>
          <w:sz w:val="28"/>
          <w:szCs w:val="28"/>
          <w:lang w:val="ru-RU"/>
        </w:rPr>
        <w:br/>
      </w:r>
      <w:r w:rsidRPr="00E13FBE">
        <w:rPr>
          <w:sz w:val="28"/>
          <w:szCs w:val="28"/>
          <w:lang w:val="ru-RU"/>
        </w:rPr>
        <w:t>о контрактной системе заказчики не вправе устанавливать требования</w:t>
      </w:r>
      <w:r w:rsidR="00347EA4">
        <w:rPr>
          <w:sz w:val="28"/>
          <w:szCs w:val="28"/>
          <w:lang w:val="ru-RU"/>
        </w:rPr>
        <w:br/>
      </w:r>
      <w:r w:rsidRPr="00E13FBE">
        <w:rPr>
          <w:sz w:val="28"/>
          <w:szCs w:val="28"/>
          <w:lang w:val="ru-RU"/>
        </w:rPr>
        <w:t xml:space="preserve">к участникам закупок в нарушение требований </w:t>
      </w:r>
      <w:r w:rsidR="00347EA4" w:rsidRPr="00E13FBE">
        <w:rPr>
          <w:sz w:val="28"/>
          <w:szCs w:val="28"/>
          <w:lang w:val="ru-RU"/>
        </w:rPr>
        <w:t>Закона о контрактной системе</w:t>
      </w:r>
      <w:r w:rsidRPr="00E13FBE">
        <w:rPr>
          <w:sz w:val="28"/>
          <w:szCs w:val="28"/>
          <w:lang w:val="ru-RU"/>
        </w:rPr>
        <w:t>.</w:t>
      </w:r>
    </w:p>
    <w:p w:rsidR="00CF3EB2" w:rsidRPr="00E13FBE" w:rsidRDefault="00685981" w:rsidP="00E13FBE">
      <w:pPr>
        <w:ind w:firstLine="709"/>
        <w:jc w:val="both"/>
        <w:rPr>
          <w:sz w:val="28"/>
          <w:szCs w:val="28"/>
          <w:lang w:val="ru-RU"/>
        </w:rPr>
      </w:pPr>
      <w:r w:rsidRPr="00E13FBE">
        <w:rPr>
          <w:sz w:val="28"/>
          <w:szCs w:val="28"/>
          <w:lang w:val="ru-RU"/>
        </w:rPr>
        <w:t xml:space="preserve">Согласно </w:t>
      </w:r>
      <w:r w:rsidR="00347EA4">
        <w:rPr>
          <w:sz w:val="28"/>
          <w:szCs w:val="28"/>
          <w:lang w:val="ru-RU"/>
        </w:rPr>
        <w:t>п.</w:t>
      </w:r>
      <w:r w:rsidRPr="00E13FBE">
        <w:rPr>
          <w:sz w:val="28"/>
          <w:szCs w:val="28"/>
          <w:lang w:val="ru-RU"/>
        </w:rPr>
        <w:t xml:space="preserve"> 12 </w:t>
      </w:r>
      <w:r w:rsidR="00347EA4">
        <w:rPr>
          <w:sz w:val="28"/>
          <w:szCs w:val="28"/>
          <w:lang w:val="ru-RU"/>
        </w:rPr>
        <w:t>ч.</w:t>
      </w:r>
      <w:r w:rsidRPr="00E13FBE">
        <w:rPr>
          <w:sz w:val="28"/>
          <w:szCs w:val="28"/>
          <w:lang w:val="ru-RU"/>
        </w:rPr>
        <w:t xml:space="preserve"> 1 </w:t>
      </w:r>
      <w:r w:rsidR="00347EA4">
        <w:rPr>
          <w:sz w:val="28"/>
          <w:szCs w:val="28"/>
          <w:lang w:val="ru-RU"/>
        </w:rPr>
        <w:t>ст.</w:t>
      </w:r>
      <w:r w:rsidRPr="00E13FBE">
        <w:rPr>
          <w:sz w:val="28"/>
          <w:szCs w:val="28"/>
          <w:lang w:val="ru-RU"/>
        </w:rPr>
        <w:t xml:space="preserve"> 42 Закона о контрактной системе извещение</w:t>
      </w:r>
      <w:r w:rsidR="00347EA4">
        <w:rPr>
          <w:sz w:val="28"/>
          <w:szCs w:val="28"/>
          <w:lang w:val="ru-RU"/>
        </w:rPr>
        <w:br/>
      </w:r>
      <w:r w:rsidRPr="00E13FBE">
        <w:rPr>
          <w:sz w:val="28"/>
          <w:szCs w:val="28"/>
          <w:lang w:val="ru-RU"/>
        </w:rPr>
        <w:t>об осуществлении закупки должно содержать требования, предъявляемые</w:t>
      </w:r>
      <w:r w:rsidR="00347EA4">
        <w:rPr>
          <w:sz w:val="28"/>
          <w:szCs w:val="28"/>
          <w:lang w:val="ru-RU"/>
        </w:rPr>
        <w:br/>
      </w:r>
      <w:r w:rsidRPr="00E13FBE">
        <w:rPr>
          <w:sz w:val="28"/>
          <w:szCs w:val="28"/>
          <w:lang w:val="ru-RU"/>
        </w:rPr>
        <w:t xml:space="preserve">к участникам закупки в соответствии с </w:t>
      </w:r>
      <w:r w:rsidR="00347EA4">
        <w:rPr>
          <w:sz w:val="28"/>
          <w:szCs w:val="28"/>
          <w:lang w:val="ru-RU"/>
        </w:rPr>
        <w:t>ч.</w:t>
      </w:r>
      <w:r w:rsidRPr="00E13FBE">
        <w:rPr>
          <w:sz w:val="28"/>
          <w:szCs w:val="28"/>
          <w:lang w:val="ru-RU"/>
        </w:rPr>
        <w:t xml:space="preserve"> 1, </w:t>
      </w:r>
      <w:r w:rsidR="00347EA4">
        <w:rPr>
          <w:sz w:val="28"/>
          <w:szCs w:val="28"/>
          <w:lang w:val="ru-RU"/>
        </w:rPr>
        <w:t>ч.</w:t>
      </w:r>
      <w:r w:rsidRPr="00E13FBE">
        <w:rPr>
          <w:sz w:val="28"/>
          <w:szCs w:val="28"/>
          <w:lang w:val="ru-RU"/>
        </w:rPr>
        <w:t xml:space="preserve"> 1.1, </w:t>
      </w:r>
      <w:r w:rsidR="00347EA4">
        <w:rPr>
          <w:sz w:val="28"/>
          <w:szCs w:val="28"/>
          <w:lang w:val="ru-RU"/>
        </w:rPr>
        <w:t>ч.</w:t>
      </w:r>
      <w:r w:rsidRPr="00E13FBE">
        <w:rPr>
          <w:sz w:val="28"/>
          <w:szCs w:val="28"/>
          <w:lang w:val="ru-RU"/>
        </w:rPr>
        <w:t xml:space="preserve"> 2 и </w:t>
      </w:r>
      <w:r w:rsidR="00347EA4">
        <w:rPr>
          <w:sz w:val="28"/>
          <w:szCs w:val="28"/>
          <w:lang w:val="ru-RU"/>
        </w:rPr>
        <w:t>ч.</w:t>
      </w:r>
      <w:r w:rsidRPr="00E13FBE">
        <w:rPr>
          <w:sz w:val="28"/>
          <w:szCs w:val="28"/>
          <w:lang w:val="ru-RU"/>
        </w:rPr>
        <w:t xml:space="preserve"> 2.1 </w:t>
      </w:r>
      <w:r w:rsidR="00347EA4">
        <w:rPr>
          <w:sz w:val="28"/>
          <w:szCs w:val="28"/>
          <w:lang w:val="ru-RU"/>
        </w:rPr>
        <w:t>ст.</w:t>
      </w:r>
      <w:r w:rsidRPr="00E13FBE">
        <w:rPr>
          <w:sz w:val="28"/>
          <w:szCs w:val="28"/>
          <w:lang w:val="ru-RU"/>
        </w:rPr>
        <w:t xml:space="preserve"> 31 Закона</w:t>
      </w:r>
      <w:r w:rsidR="00347EA4">
        <w:rPr>
          <w:sz w:val="28"/>
          <w:szCs w:val="28"/>
          <w:lang w:val="ru-RU"/>
        </w:rPr>
        <w:br/>
      </w:r>
      <w:r w:rsidRPr="00E13FBE">
        <w:rPr>
          <w:sz w:val="28"/>
          <w:szCs w:val="28"/>
          <w:lang w:val="ru-RU"/>
        </w:rPr>
        <w:t>о контрактной системе, а</w:t>
      </w:r>
      <w:r w:rsidRPr="00E13FBE">
        <w:rPr>
          <w:sz w:val="28"/>
          <w:szCs w:val="28"/>
          <w:lang w:val="ru-RU"/>
        </w:rPr>
        <w:t xml:space="preserve"> также исчерпывающий перечень документов, подтверждающих соответствие участника закупки таким требованиям.</w:t>
      </w:r>
    </w:p>
    <w:p w:rsidR="00CF3EB2" w:rsidRPr="00E13FBE" w:rsidRDefault="00685981" w:rsidP="00E13FBE">
      <w:pPr>
        <w:ind w:firstLine="709"/>
        <w:jc w:val="both"/>
        <w:rPr>
          <w:sz w:val="28"/>
          <w:szCs w:val="28"/>
          <w:lang w:val="ru-RU"/>
        </w:rPr>
      </w:pPr>
      <w:r w:rsidRPr="00E13FBE">
        <w:rPr>
          <w:sz w:val="28"/>
          <w:szCs w:val="28"/>
          <w:lang w:val="ru-RU"/>
        </w:rPr>
        <w:t xml:space="preserve">Постановлением </w:t>
      </w:r>
      <w:r w:rsidRPr="00E13FBE">
        <w:rPr>
          <w:sz w:val="28"/>
          <w:szCs w:val="28"/>
          <w:lang w:val="ru-RU"/>
        </w:rPr>
        <w:t>№ 2571 утверждены дополнительные требования</w:t>
      </w:r>
      <w:r w:rsidR="00347EA4">
        <w:rPr>
          <w:sz w:val="28"/>
          <w:szCs w:val="28"/>
          <w:lang w:val="ru-RU"/>
        </w:rPr>
        <w:br/>
      </w:r>
      <w:r w:rsidRPr="00E13FBE">
        <w:rPr>
          <w:sz w:val="28"/>
          <w:szCs w:val="28"/>
          <w:lang w:val="ru-RU"/>
        </w:rPr>
        <w:t>к участникам закупки отдельных видов това</w:t>
      </w:r>
      <w:r w:rsidRPr="00E13FBE">
        <w:rPr>
          <w:sz w:val="28"/>
          <w:szCs w:val="28"/>
          <w:lang w:val="ru-RU"/>
        </w:rPr>
        <w:t>ров, работ, услуг. В извещении</w:t>
      </w:r>
      <w:r w:rsidR="00347EA4">
        <w:rPr>
          <w:sz w:val="28"/>
          <w:szCs w:val="28"/>
          <w:lang w:val="ru-RU"/>
        </w:rPr>
        <w:br/>
        <w:t>о проведении Конкурса</w:t>
      </w:r>
      <w:r w:rsidRPr="00E13FBE">
        <w:rPr>
          <w:sz w:val="28"/>
          <w:szCs w:val="28"/>
          <w:lang w:val="ru-RU"/>
        </w:rPr>
        <w:t xml:space="preserve"> </w:t>
      </w:r>
      <w:r w:rsidR="00347EA4">
        <w:rPr>
          <w:sz w:val="28"/>
          <w:szCs w:val="28"/>
          <w:lang w:val="ru-RU"/>
        </w:rPr>
        <w:t>З</w:t>
      </w:r>
      <w:r w:rsidRPr="00E13FBE">
        <w:rPr>
          <w:sz w:val="28"/>
          <w:szCs w:val="28"/>
          <w:lang w:val="ru-RU"/>
        </w:rPr>
        <w:t xml:space="preserve">аказчиком установлены дополнительные требования по позиции 9 раздела </w:t>
      </w:r>
      <w:r w:rsidRPr="00E13FBE">
        <w:rPr>
          <w:sz w:val="28"/>
          <w:szCs w:val="28"/>
        </w:rPr>
        <w:t>II</w:t>
      </w:r>
      <w:r w:rsidRPr="00E13FBE">
        <w:rPr>
          <w:sz w:val="28"/>
          <w:szCs w:val="28"/>
          <w:lang w:val="ru-RU"/>
        </w:rPr>
        <w:t xml:space="preserve"> приложения к указанному постановлению, предусматривающей наличие у участника закупки одного из видов опыта выполнения работ п</w:t>
      </w:r>
      <w:r w:rsidRPr="00E13FBE">
        <w:rPr>
          <w:sz w:val="28"/>
          <w:szCs w:val="28"/>
          <w:lang w:val="ru-RU"/>
        </w:rPr>
        <w:t>о строительству некапитального строения, сооружения, благоустройству территории либо строительству, реконструкции объекта капитального строительства.</w:t>
      </w:r>
    </w:p>
    <w:p w:rsidR="00CF3EB2" w:rsidRPr="00E13FBE" w:rsidRDefault="00685981" w:rsidP="00E13FBE">
      <w:pPr>
        <w:ind w:firstLine="709"/>
        <w:jc w:val="both"/>
        <w:rPr>
          <w:sz w:val="28"/>
          <w:szCs w:val="28"/>
          <w:lang w:val="ru-RU"/>
        </w:rPr>
      </w:pPr>
      <w:r w:rsidRPr="00E13FBE">
        <w:rPr>
          <w:sz w:val="28"/>
          <w:szCs w:val="28"/>
          <w:lang w:val="ru-RU"/>
        </w:rPr>
        <w:t xml:space="preserve">Между тем пунктом 3 </w:t>
      </w:r>
      <w:r w:rsidR="00347EA4">
        <w:rPr>
          <w:sz w:val="28"/>
          <w:szCs w:val="28"/>
          <w:lang w:val="ru-RU"/>
        </w:rPr>
        <w:t>П</w:t>
      </w:r>
      <w:r w:rsidRPr="00E13FBE">
        <w:rPr>
          <w:sz w:val="28"/>
          <w:szCs w:val="28"/>
          <w:lang w:val="ru-RU"/>
        </w:rPr>
        <w:t xml:space="preserve">остановления </w:t>
      </w:r>
      <w:r w:rsidRPr="00E13FBE">
        <w:rPr>
          <w:sz w:val="28"/>
          <w:szCs w:val="28"/>
          <w:lang w:val="ru-RU"/>
        </w:rPr>
        <w:t xml:space="preserve">№ 2571 прямо </w:t>
      </w:r>
      <w:proofErr w:type="gramStart"/>
      <w:r w:rsidRPr="00E13FBE">
        <w:rPr>
          <w:sz w:val="28"/>
          <w:szCs w:val="28"/>
          <w:lang w:val="ru-RU"/>
        </w:rPr>
        <w:t>предусмотрено,</w:t>
      </w:r>
      <w:r w:rsidR="00347EA4">
        <w:rPr>
          <w:sz w:val="28"/>
          <w:szCs w:val="28"/>
          <w:lang w:val="ru-RU"/>
        </w:rPr>
        <w:br/>
      </w:r>
      <w:r w:rsidRPr="00E13FBE">
        <w:rPr>
          <w:sz w:val="28"/>
          <w:szCs w:val="28"/>
          <w:lang w:val="ru-RU"/>
        </w:rPr>
        <w:t>что</w:t>
      </w:r>
      <w:proofErr w:type="gramEnd"/>
      <w:r w:rsidRPr="00E13FBE">
        <w:rPr>
          <w:sz w:val="28"/>
          <w:szCs w:val="28"/>
          <w:lang w:val="ru-RU"/>
        </w:rPr>
        <w:t xml:space="preserve"> позиц</w:t>
      </w:r>
      <w:r w:rsidRPr="00E13FBE">
        <w:rPr>
          <w:sz w:val="28"/>
          <w:szCs w:val="28"/>
          <w:lang w:val="ru-RU"/>
        </w:rPr>
        <w:t>ии 6 – 13, 17 и 18 прилож</w:t>
      </w:r>
      <w:r w:rsidR="00347EA4">
        <w:rPr>
          <w:sz w:val="28"/>
          <w:szCs w:val="28"/>
          <w:lang w:val="ru-RU"/>
        </w:rPr>
        <w:t>ения применяются в случае, если</w:t>
      </w:r>
      <w:r w:rsidR="00347EA4">
        <w:rPr>
          <w:sz w:val="28"/>
          <w:szCs w:val="28"/>
          <w:lang w:val="ru-RU"/>
        </w:rPr>
        <w:br/>
      </w:r>
      <w:r w:rsidRPr="00E13FBE">
        <w:rPr>
          <w:sz w:val="28"/>
          <w:szCs w:val="28"/>
          <w:lang w:val="ru-RU"/>
        </w:rPr>
        <w:t>при осуществлении закупки начальная (максимальная) цена контракта</w:t>
      </w:r>
      <w:r w:rsidR="00347EA4">
        <w:rPr>
          <w:sz w:val="28"/>
          <w:szCs w:val="28"/>
          <w:lang w:val="ru-RU"/>
        </w:rPr>
        <w:br/>
      </w:r>
      <w:r w:rsidRPr="00E13FBE">
        <w:rPr>
          <w:sz w:val="28"/>
          <w:szCs w:val="28"/>
          <w:lang w:val="ru-RU"/>
        </w:rPr>
        <w:t>для обеспечения федеральных нужд превышает 10 млн рублей, для обеспечения нужд субъектов Российской Федерации, муниципальных нужд – 5</w:t>
      </w:r>
      <w:r w:rsidRPr="00E13FBE">
        <w:rPr>
          <w:sz w:val="28"/>
          <w:szCs w:val="28"/>
          <w:lang w:val="ru-RU"/>
        </w:rPr>
        <w:t xml:space="preserve"> млн рублей.</w:t>
      </w:r>
    </w:p>
    <w:p w:rsidR="00CF3EB2" w:rsidRPr="00E13FBE" w:rsidRDefault="00685981" w:rsidP="00E13FBE">
      <w:pPr>
        <w:ind w:firstLine="709"/>
        <w:jc w:val="both"/>
        <w:rPr>
          <w:sz w:val="28"/>
          <w:szCs w:val="28"/>
          <w:lang w:val="ru-RU"/>
        </w:rPr>
      </w:pPr>
      <w:r w:rsidRPr="00E13FBE">
        <w:rPr>
          <w:sz w:val="28"/>
          <w:szCs w:val="28"/>
          <w:lang w:val="ru-RU"/>
        </w:rPr>
        <w:lastRenderedPageBreak/>
        <w:t xml:space="preserve">Как следует из извещения, закупка осуществляется для муниципальных нужд, а начальная (максимальная) цена контракта составляет 3 800 000,00 </w:t>
      </w:r>
      <w:proofErr w:type="gramStart"/>
      <w:r w:rsidRPr="00E13FBE">
        <w:rPr>
          <w:sz w:val="28"/>
          <w:szCs w:val="28"/>
          <w:lang w:val="ru-RU"/>
        </w:rPr>
        <w:t>руб.,</w:t>
      </w:r>
      <w:r w:rsidR="00347EA4">
        <w:rPr>
          <w:sz w:val="28"/>
          <w:szCs w:val="28"/>
          <w:lang w:val="ru-RU"/>
        </w:rPr>
        <w:br/>
      </w:r>
      <w:r w:rsidRPr="00E13FBE">
        <w:rPr>
          <w:sz w:val="28"/>
          <w:szCs w:val="28"/>
          <w:lang w:val="ru-RU"/>
        </w:rPr>
        <w:t>то</w:t>
      </w:r>
      <w:proofErr w:type="gramEnd"/>
      <w:r w:rsidRPr="00E13FBE">
        <w:rPr>
          <w:sz w:val="28"/>
          <w:szCs w:val="28"/>
          <w:lang w:val="ru-RU"/>
        </w:rPr>
        <w:t xml:space="preserve"> есть не превышает установленный пунктом 3 </w:t>
      </w:r>
      <w:r w:rsidR="00347EA4">
        <w:rPr>
          <w:sz w:val="28"/>
          <w:szCs w:val="28"/>
          <w:lang w:val="ru-RU"/>
        </w:rPr>
        <w:t>П</w:t>
      </w:r>
      <w:r w:rsidRPr="00E13FBE">
        <w:rPr>
          <w:sz w:val="28"/>
          <w:szCs w:val="28"/>
          <w:lang w:val="ru-RU"/>
        </w:rPr>
        <w:t xml:space="preserve">остановления </w:t>
      </w:r>
      <w:r w:rsidRPr="00E13FBE">
        <w:rPr>
          <w:sz w:val="28"/>
          <w:szCs w:val="28"/>
          <w:lang w:val="ru-RU"/>
        </w:rPr>
        <w:t>№ 25</w:t>
      </w:r>
      <w:r w:rsidRPr="00E13FBE">
        <w:rPr>
          <w:sz w:val="28"/>
          <w:szCs w:val="28"/>
          <w:lang w:val="ru-RU"/>
        </w:rPr>
        <w:t>71 порог</w:t>
      </w:r>
      <w:r w:rsidR="00347EA4">
        <w:rPr>
          <w:sz w:val="28"/>
          <w:szCs w:val="28"/>
          <w:lang w:val="ru-RU"/>
        </w:rPr>
        <w:br/>
      </w:r>
      <w:r w:rsidRPr="00E13FBE">
        <w:rPr>
          <w:sz w:val="28"/>
          <w:szCs w:val="28"/>
          <w:lang w:val="ru-RU"/>
        </w:rPr>
        <w:t xml:space="preserve">в 5 млн рублей. Следовательно, у </w:t>
      </w:r>
      <w:r w:rsidR="00347EA4">
        <w:rPr>
          <w:sz w:val="28"/>
          <w:szCs w:val="28"/>
          <w:lang w:val="ru-RU"/>
        </w:rPr>
        <w:t>З</w:t>
      </w:r>
      <w:r w:rsidRPr="00E13FBE">
        <w:rPr>
          <w:sz w:val="28"/>
          <w:szCs w:val="28"/>
          <w:lang w:val="ru-RU"/>
        </w:rPr>
        <w:t xml:space="preserve">аказчика отсутствовали правовые основания для установления дополнительных требований к участникам закупки по позиции 9 раздела </w:t>
      </w:r>
      <w:r w:rsidRPr="00E13FBE">
        <w:rPr>
          <w:sz w:val="28"/>
          <w:szCs w:val="28"/>
        </w:rPr>
        <w:t>II</w:t>
      </w:r>
      <w:r w:rsidRPr="00E13FBE">
        <w:rPr>
          <w:sz w:val="28"/>
          <w:szCs w:val="28"/>
          <w:lang w:val="ru-RU"/>
        </w:rPr>
        <w:t xml:space="preserve"> приложения к </w:t>
      </w:r>
      <w:r w:rsidR="00347EA4">
        <w:rPr>
          <w:sz w:val="28"/>
          <w:szCs w:val="28"/>
          <w:lang w:val="ru-RU"/>
        </w:rPr>
        <w:t>П</w:t>
      </w:r>
      <w:r w:rsidRPr="00E13FBE">
        <w:rPr>
          <w:sz w:val="28"/>
          <w:szCs w:val="28"/>
          <w:lang w:val="ru-RU"/>
        </w:rPr>
        <w:t xml:space="preserve">остановлению </w:t>
      </w:r>
      <w:r w:rsidRPr="00E13FBE">
        <w:rPr>
          <w:sz w:val="28"/>
          <w:szCs w:val="28"/>
          <w:lang w:val="ru-RU"/>
        </w:rPr>
        <w:t>№ 2571.</w:t>
      </w:r>
    </w:p>
    <w:p w:rsidR="00347EA4" w:rsidRDefault="00685981" w:rsidP="00E13FBE">
      <w:pPr>
        <w:ind w:firstLine="709"/>
        <w:jc w:val="both"/>
        <w:rPr>
          <w:sz w:val="28"/>
          <w:szCs w:val="28"/>
          <w:lang w:val="ru-RU"/>
        </w:rPr>
      </w:pPr>
      <w:r w:rsidRPr="00E13FBE">
        <w:rPr>
          <w:sz w:val="28"/>
          <w:szCs w:val="28"/>
          <w:lang w:val="ru-RU"/>
        </w:rPr>
        <w:t xml:space="preserve">Установление </w:t>
      </w:r>
      <w:r w:rsidRPr="00E13FBE">
        <w:rPr>
          <w:sz w:val="28"/>
          <w:szCs w:val="28"/>
          <w:lang w:val="ru-RU"/>
        </w:rPr>
        <w:t xml:space="preserve">в извещении необоснованных дополнительных требований создает неправомерные ограничения для участия в закупке и противоречит императивным положениям </w:t>
      </w:r>
      <w:r w:rsidR="00347EA4">
        <w:rPr>
          <w:sz w:val="28"/>
          <w:szCs w:val="28"/>
          <w:lang w:val="ru-RU"/>
        </w:rPr>
        <w:t>ч.</w:t>
      </w:r>
      <w:r w:rsidRPr="00E13FBE">
        <w:rPr>
          <w:sz w:val="28"/>
          <w:szCs w:val="28"/>
          <w:lang w:val="ru-RU"/>
        </w:rPr>
        <w:t xml:space="preserve"> 6 </w:t>
      </w:r>
      <w:r w:rsidR="00347EA4">
        <w:rPr>
          <w:sz w:val="28"/>
          <w:szCs w:val="28"/>
          <w:lang w:val="ru-RU"/>
        </w:rPr>
        <w:t>ст.</w:t>
      </w:r>
      <w:r w:rsidRPr="00E13FBE">
        <w:rPr>
          <w:sz w:val="28"/>
          <w:szCs w:val="28"/>
          <w:lang w:val="ru-RU"/>
        </w:rPr>
        <w:t xml:space="preserve"> 31 Закона о контрактной системе. </w:t>
      </w:r>
    </w:p>
    <w:p w:rsidR="00347EA4" w:rsidRDefault="00347EA4" w:rsidP="00347EA4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Таким образом,</w:t>
      </w:r>
      <w:r w:rsidR="00685981" w:rsidRPr="00E13FBE">
        <w:rPr>
          <w:sz w:val="28"/>
          <w:szCs w:val="28"/>
          <w:lang w:val="ru-RU"/>
        </w:rPr>
        <w:t xml:space="preserve"> Комиссия </w:t>
      </w:r>
      <w:r>
        <w:rPr>
          <w:sz w:val="28"/>
          <w:szCs w:val="28"/>
          <w:lang w:val="ru-RU"/>
        </w:rPr>
        <w:t xml:space="preserve">Управления приходит к выводу о </w:t>
      </w:r>
      <w:proofErr w:type="gramStart"/>
      <w:r>
        <w:rPr>
          <w:sz w:val="28"/>
          <w:szCs w:val="28"/>
          <w:lang w:val="ru-RU"/>
        </w:rPr>
        <w:t>том,</w:t>
      </w:r>
      <w:r>
        <w:rPr>
          <w:sz w:val="28"/>
          <w:szCs w:val="28"/>
          <w:lang w:val="ru-RU"/>
        </w:rPr>
        <w:br/>
      </w:r>
      <w:r w:rsidR="00685981" w:rsidRPr="00E13FBE">
        <w:rPr>
          <w:sz w:val="28"/>
          <w:szCs w:val="28"/>
          <w:lang w:val="ru-RU"/>
        </w:rPr>
        <w:t>что</w:t>
      </w:r>
      <w:proofErr w:type="gramEnd"/>
      <w:r w:rsidR="00685981" w:rsidRPr="00E13FBE">
        <w:rPr>
          <w:sz w:val="28"/>
          <w:szCs w:val="28"/>
          <w:lang w:val="ru-RU"/>
        </w:rPr>
        <w:t xml:space="preserve"> рассматриваемый дов</w:t>
      </w:r>
      <w:r>
        <w:rPr>
          <w:sz w:val="28"/>
          <w:szCs w:val="28"/>
          <w:lang w:val="ru-RU"/>
        </w:rPr>
        <w:t>од жалобы является обоснованным, что также свидетельствует о нарушении Заказчиком требований ч.</w:t>
      </w:r>
      <w:r w:rsidRPr="00E13FBE">
        <w:rPr>
          <w:sz w:val="28"/>
          <w:szCs w:val="28"/>
          <w:lang w:val="ru-RU"/>
        </w:rPr>
        <w:t xml:space="preserve"> 6 </w:t>
      </w:r>
      <w:r>
        <w:rPr>
          <w:sz w:val="28"/>
          <w:szCs w:val="28"/>
          <w:lang w:val="ru-RU"/>
        </w:rPr>
        <w:t>ст. 31,</w:t>
      </w:r>
      <w:r w:rsidRPr="00E13FBE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п.</w:t>
      </w:r>
      <w:r w:rsidRPr="00E13FBE">
        <w:rPr>
          <w:sz w:val="28"/>
          <w:szCs w:val="28"/>
          <w:lang w:val="ru-RU"/>
        </w:rPr>
        <w:t xml:space="preserve"> 12 </w:t>
      </w:r>
      <w:r>
        <w:rPr>
          <w:sz w:val="28"/>
          <w:szCs w:val="28"/>
          <w:lang w:val="ru-RU"/>
        </w:rPr>
        <w:t>ч.</w:t>
      </w:r>
      <w:r w:rsidRPr="00E13FBE">
        <w:rPr>
          <w:sz w:val="28"/>
          <w:szCs w:val="28"/>
          <w:lang w:val="ru-RU"/>
        </w:rPr>
        <w:t xml:space="preserve"> 1 </w:t>
      </w:r>
      <w:r>
        <w:rPr>
          <w:sz w:val="28"/>
          <w:szCs w:val="28"/>
          <w:lang w:val="ru-RU"/>
        </w:rPr>
        <w:t>ст.</w:t>
      </w:r>
      <w:r w:rsidRPr="00E13FBE">
        <w:rPr>
          <w:sz w:val="28"/>
          <w:szCs w:val="28"/>
          <w:lang w:val="ru-RU"/>
        </w:rPr>
        <w:t xml:space="preserve"> 42 Закона о контрактной системе</w:t>
      </w:r>
      <w:r>
        <w:rPr>
          <w:sz w:val="28"/>
          <w:szCs w:val="28"/>
          <w:lang w:val="ru-RU"/>
        </w:rPr>
        <w:t>.</w:t>
      </w:r>
    </w:p>
    <w:p w:rsidR="00CF3EB2" w:rsidRDefault="00685981" w:rsidP="00347EA4">
      <w:pPr>
        <w:ind w:firstLine="709"/>
        <w:jc w:val="both"/>
        <w:rPr>
          <w:sz w:val="28"/>
          <w:szCs w:val="28"/>
          <w:lang w:val="ru-RU"/>
        </w:rPr>
      </w:pPr>
      <w:r w:rsidRPr="00E13FBE">
        <w:rPr>
          <w:sz w:val="28"/>
          <w:szCs w:val="28"/>
          <w:lang w:val="ru-RU"/>
        </w:rPr>
        <w:t xml:space="preserve">На основании изложенного, руководствуясь статьями </w:t>
      </w:r>
      <w:r w:rsidRPr="00E13FBE">
        <w:rPr>
          <w:sz w:val="28"/>
          <w:szCs w:val="28"/>
          <w:lang w:val="ru-RU"/>
        </w:rPr>
        <w:t>99, 105, 106 Закона</w:t>
      </w:r>
      <w:r w:rsidR="00347EA4">
        <w:rPr>
          <w:sz w:val="28"/>
          <w:szCs w:val="28"/>
          <w:lang w:val="ru-RU"/>
        </w:rPr>
        <w:br/>
      </w:r>
      <w:r w:rsidRPr="00E13FBE">
        <w:rPr>
          <w:sz w:val="28"/>
          <w:szCs w:val="28"/>
          <w:lang w:val="ru-RU"/>
        </w:rPr>
        <w:t>о контрактной системе, Комиссия</w:t>
      </w:r>
      <w:r w:rsidR="00347EA4">
        <w:rPr>
          <w:sz w:val="28"/>
          <w:szCs w:val="28"/>
          <w:lang w:val="ru-RU"/>
        </w:rPr>
        <w:t xml:space="preserve"> Управления,</w:t>
      </w:r>
    </w:p>
    <w:p w:rsidR="00347EA4" w:rsidRPr="00E13FBE" w:rsidRDefault="00347EA4" w:rsidP="00347EA4">
      <w:pPr>
        <w:ind w:firstLine="709"/>
        <w:jc w:val="both"/>
        <w:rPr>
          <w:sz w:val="28"/>
          <w:szCs w:val="28"/>
          <w:lang w:val="ru-RU"/>
        </w:rPr>
      </w:pPr>
    </w:p>
    <w:p w:rsidR="00CF3EB2" w:rsidRPr="00E13FBE" w:rsidRDefault="00685981" w:rsidP="00347EA4">
      <w:pPr>
        <w:jc w:val="center"/>
        <w:rPr>
          <w:sz w:val="28"/>
          <w:szCs w:val="28"/>
          <w:lang w:val="ru-RU"/>
        </w:rPr>
      </w:pPr>
      <w:r w:rsidRPr="00E13FBE">
        <w:rPr>
          <w:b/>
          <w:sz w:val="28"/>
          <w:szCs w:val="28"/>
          <w:lang w:val="ru-RU"/>
        </w:rPr>
        <w:t>РЕШИЛА:</w:t>
      </w:r>
    </w:p>
    <w:p w:rsidR="00347EA4" w:rsidRDefault="00347EA4" w:rsidP="00E13FBE">
      <w:pPr>
        <w:ind w:firstLine="709"/>
        <w:jc w:val="both"/>
        <w:rPr>
          <w:sz w:val="28"/>
          <w:szCs w:val="28"/>
          <w:lang w:val="ru-RU"/>
        </w:rPr>
      </w:pPr>
    </w:p>
    <w:p w:rsidR="00CF3EB2" w:rsidRPr="00E13FBE" w:rsidRDefault="00685981" w:rsidP="00E13FBE">
      <w:pPr>
        <w:ind w:firstLine="709"/>
        <w:jc w:val="both"/>
        <w:rPr>
          <w:sz w:val="28"/>
          <w:szCs w:val="28"/>
          <w:lang w:val="ru-RU"/>
        </w:rPr>
      </w:pPr>
      <w:r w:rsidRPr="00E13FBE">
        <w:rPr>
          <w:sz w:val="28"/>
          <w:szCs w:val="28"/>
          <w:lang w:val="ru-RU"/>
        </w:rPr>
        <w:t xml:space="preserve">1. Признать жалобу ИП </w:t>
      </w:r>
      <w:proofErr w:type="spellStart"/>
      <w:r w:rsidRPr="00E13FBE">
        <w:rPr>
          <w:sz w:val="28"/>
          <w:szCs w:val="28"/>
          <w:lang w:val="ru-RU"/>
        </w:rPr>
        <w:t>Мельничкина</w:t>
      </w:r>
      <w:proofErr w:type="spellEnd"/>
      <w:r w:rsidRPr="00E13FBE">
        <w:rPr>
          <w:sz w:val="28"/>
          <w:szCs w:val="28"/>
          <w:lang w:val="ru-RU"/>
        </w:rPr>
        <w:t xml:space="preserve"> Е.В. на </w:t>
      </w:r>
      <w:r>
        <w:rPr>
          <w:sz w:val="28"/>
          <w:szCs w:val="28"/>
          <w:lang w:val="ru-RU"/>
        </w:rPr>
        <w:t>действия Заказчика</w:t>
      </w:r>
      <w:r>
        <w:rPr>
          <w:sz w:val="28"/>
          <w:szCs w:val="28"/>
          <w:lang w:val="ru-RU"/>
        </w:rPr>
        <w:br/>
      </w:r>
      <w:r w:rsidR="00347EA4">
        <w:rPr>
          <w:sz w:val="28"/>
          <w:szCs w:val="28"/>
          <w:lang w:val="ru-RU"/>
        </w:rPr>
        <w:t>о проведении Конкурса обоснованной.</w:t>
      </w:r>
    </w:p>
    <w:p w:rsidR="00CF3EB2" w:rsidRPr="00E13FBE" w:rsidRDefault="00685981" w:rsidP="00E13FBE">
      <w:pPr>
        <w:ind w:firstLine="709"/>
        <w:jc w:val="both"/>
        <w:rPr>
          <w:sz w:val="28"/>
          <w:szCs w:val="28"/>
          <w:lang w:val="ru-RU"/>
        </w:rPr>
      </w:pPr>
      <w:r w:rsidRPr="00E13FBE">
        <w:rPr>
          <w:sz w:val="28"/>
          <w:szCs w:val="28"/>
          <w:lang w:val="ru-RU"/>
        </w:rPr>
        <w:t>2. Признать в действиях заказчика нару</w:t>
      </w:r>
      <w:r w:rsidRPr="00E13FBE">
        <w:rPr>
          <w:sz w:val="28"/>
          <w:szCs w:val="28"/>
          <w:lang w:val="ru-RU"/>
        </w:rPr>
        <w:t xml:space="preserve">шение </w:t>
      </w:r>
      <w:r w:rsidR="00347EA4">
        <w:rPr>
          <w:sz w:val="28"/>
          <w:szCs w:val="28"/>
          <w:lang w:val="ru-RU"/>
        </w:rPr>
        <w:t>ч.</w:t>
      </w:r>
      <w:r w:rsidR="00347EA4" w:rsidRPr="00E13FBE">
        <w:rPr>
          <w:sz w:val="28"/>
          <w:szCs w:val="28"/>
          <w:lang w:val="ru-RU"/>
        </w:rPr>
        <w:t xml:space="preserve"> 6 </w:t>
      </w:r>
      <w:r w:rsidR="00347EA4">
        <w:rPr>
          <w:sz w:val="28"/>
          <w:szCs w:val="28"/>
          <w:lang w:val="ru-RU"/>
        </w:rPr>
        <w:t>ст. 31,</w:t>
      </w:r>
      <w:r w:rsidR="00347EA4" w:rsidRPr="00E13FBE">
        <w:rPr>
          <w:sz w:val="28"/>
          <w:szCs w:val="28"/>
          <w:lang w:val="ru-RU"/>
        </w:rPr>
        <w:t xml:space="preserve"> </w:t>
      </w:r>
      <w:r w:rsidR="00347EA4">
        <w:rPr>
          <w:sz w:val="28"/>
          <w:szCs w:val="28"/>
          <w:lang w:val="ru-RU"/>
        </w:rPr>
        <w:t>п.</w:t>
      </w:r>
      <w:r w:rsidR="00347EA4" w:rsidRPr="00E13FBE">
        <w:rPr>
          <w:sz w:val="28"/>
          <w:szCs w:val="28"/>
          <w:lang w:val="ru-RU"/>
        </w:rPr>
        <w:t xml:space="preserve"> 12 </w:t>
      </w:r>
      <w:r w:rsidR="00347EA4">
        <w:rPr>
          <w:sz w:val="28"/>
          <w:szCs w:val="28"/>
          <w:lang w:val="ru-RU"/>
        </w:rPr>
        <w:t>ч.</w:t>
      </w:r>
      <w:r w:rsidR="00347EA4" w:rsidRPr="00E13FBE">
        <w:rPr>
          <w:sz w:val="28"/>
          <w:szCs w:val="28"/>
          <w:lang w:val="ru-RU"/>
        </w:rPr>
        <w:t xml:space="preserve"> 1 </w:t>
      </w:r>
      <w:r w:rsidR="00347EA4">
        <w:rPr>
          <w:sz w:val="28"/>
          <w:szCs w:val="28"/>
          <w:lang w:val="ru-RU"/>
        </w:rPr>
        <w:t>ст.</w:t>
      </w:r>
      <w:r w:rsidR="00347EA4" w:rsidRPr="00E13FBE">
        <w:rPr>
          <w:sz w:val="28"/>
          <w:szCs w:val="28"/>
          <w:lang w:val="ru-RU"/>
        </w:rPr>
        <w:t xml:space="preserve"> 42 Закона о контрактной системе</w:t>
      </w:r>
      <w:r w:rsidR="00347EA4">
        <w:rPr>
          <w:sz w:val="28"/>
          <w:szCs w:val="28"/>
          <w:lang w:val="ru-RU"/>
        </w:rPr>
        <w:t>.</w:t>
      </w:r>
    </w:p>
    <w:p w:rsidR="00CF3EB2" w:rsidRPr="00E13FBE" w:rsidRDefault="00685981" w:rsidP="00E13FBE">
      <w:pPr>
        <w:ind w:firstLine="709"/>
        <w:jc w:val="both"/>
        <w:rPr>
          <w:sz w:val="28"/>
          <w:szCs w:val="28"/>
          <w:lang w:val="ru-RU"/>
        </w:rPr>
      </w:pPr>
      <w:r w:rsidRPr="00E13FBE">
        <w:rPr>
          <w:sz w:val="28"/>
          <w:szCs w:val="28"/>
          <w:lang w:val="ru-RU"/>
        </w:rPr>
        <w:t xml:space="preserve">3. Выдать </w:t>
      </w:r>
      <w:r>
        <w:rPr>
          <w:sz w:val="28"/>
          <w:szCs w:val="28"/>
          <w:lang w:val="ru-RU"/>
        </w:rPr>
        <w:t>З</w:t>
      </w:r>
      <w:r w:rsidRPr="00E13FBE">
        <w:rPr>
          <w:sz w:val="28"/>
          <w:szCs w:val="28"/>
          <w:lang w:val="ru-RU"/>
        </w:rPr>
        <w:t>аказчику обязательное для исполнения предписание</w:t>
      </w:r>
      <w:r>
        <w:rPr>
          <w:sz w:val="28"/>
          <w:szCs w:val="28"/>
          <w:lang w:val="ru-RU"/>
        </w:rPr>
        <w:br/>
      </w:r>
      <w:r w:rsidRPr="00E13FBE">
        <w:rPr>
          <w:sz w:val="28"/>
          <w:szCs w:val="28"/>
          <w:lang w:val="ru-RU"/>
        </w:rPr>
        <w:t>об устранении выявленн</w:t>
      </w:r>
      <w:r>
        <w:rPr>
          <w:sz w:val="28"/>
          <w:szCs w:val="28"/>
          <w:lang w:val="ru-RU"/>
        </w:rPr>
        <w:t>ых</w:t>
      </w:r>
      <w:r w:rsidRPr="00E13FBE">
        <w:rPr>
          <w:sz w:val="28"/>
          <w:szCs w:val="28"/>
          <w:lang w:val="ru-RU"/>
        </w:rPr>
        <w:t xml:space="preserve"> нарушени</w:t>
      </w:r>
      <w:r>
        <w:rPr>
          <w:sz w:val="28"/>
          <w:szCs w:val="28"/>
          <w:lang w:val="ru-RU"/>
        </w:rPr>
        <w:t>й требований</w:t>
      </w:r>
      <w:r w:rsidRPr="00E13FBE">
        <w:rPr>
          <w:sz w:val="28"/>
          <w:szCs w:val="28"/>
          <w:lang w:val="ru-RU"/>
        </w:rPr>
        <w:t xml:space="preserve"> законодательства</w:t>
      </w:r>
      <w:r>
        <w:rPr>
          <w:sz w:val="28"/>
          <w:szCs w:val="28"/>
          <w:lang w:val="ru-RU"/>
        </w:rPr>
        <w:br/>
      </w:r>
      <w:r w:rsidRPr="00E13FBE">
        <w:rPr>
          <w:sz w:val="28"/>
          <w:szCs w:val="28"/>
          <w:lang w:val="ru-RU"/>
        </w:rPr>
        <w:t>о контрактной системе.</w:t>
      </w:r>
    </w:p>
    <w:p w:rsidR="00685981" w:rsidRPr="00FB48DA" w:rsidRDefault="00685981" w:rsidP="00685981">
      <w:pPr>
        <w:ind w:firstLine="720"/>
        <w:jc w:val="both"/>
        <w:rPr>
          <w:sz w:val="28"/>
          <w:szCs w:val="28"/>
          <w:lang w:val="ru-RU"/>
        </w:rPr>
      </w:pPr>
      <w:r w:rsidRPr="00FB48DA">
        <w:rPr>
          <w:sz w:val="28"/>
          <w:szCs w:val="28"/>
          <w:lang w:val="ru-RU"/>
        </w:rPr>
        <w:t>4. Передать материалы настоящего дела уполномоченному должностному лицу Карачаево-Черкесского УФАС России для рассмотрения вопроса</w:t>
      </w:r>
      <w:r>
        <w:rPr>
          <w:sz w:val="28"/>
          <w:szCs w:val="28"/>
          <w:lang w:val="ru-RU"/>
        </w:rPr>
        <w:br/>
      </w:r>
      <w:r w:rsidRPr="00FB48DA">
        <w:rPr>
          <w:sz w:val="28"/>
          <w:szCs w:val="28"/>
          <w:lang w:val="ru-RU"/>
        </w:rPr>
        <w:t>о возбуждении дела об административном правонарушении.</w:t>
      </w:r>
    </w:p>
    <w:p w:rsidR="00685981" w:rsidRPr="00FB48DA" w:rsidRDefault="00685981" w:rsidP="00685981">
      <w:pPr>
        <w:jc w:val="both"/>
        <w:rPr>
          <w:sz w:val="28"/>
          <w:szCs w:val="28"/>
          <w:lang w:val="ru-RU"/>
        </w:rPr>
      </w:pPr>
    </w:p>
    <w:p w:rsidR="00685981" w:rsidRPr="00A6408C" w:rsidRDefault="00685981" w:rsidP="00685981">
      <w:pPr>
        <w:ind w:firstLine="720"/>
        <w:jc w:val="both"/>
        <w:rPr>
          <w:i/>
          <w:sz w:val="28"/>
          <w:szCs w:val="28"/>
          <w:lang w:val="ru-RU"/>
        </w:rPr>
      </w:pPr>
      <w:r w:rsidRPr="00A6408C">
        <w:rPr>
          <w:i/>
          <w:sz w:val="28"/>
          <w:szCs w:val="28"/>
          <w:lang w:val="ru-RU"/>
        </w:rPr>
        <w:t>Настоящее решение может быть обжаловано в судебном порядке</w:t>
      </w:r>
      <w:r>
        <w:rPr>
          <w:i/>
          <w:sz w:val="28"/>
          <w:szCs w:val="28"/>
          <w:lang w:val="ru-RU"/>
        </w:rPr>
        <w:br/>
      </w:r>
      <w:r w:rsidRPr="00A6408C">
        <w:rPr>
          <w:i/>
          <w:sz w:val="28"/>
          <w:szCs w:val="28"/>
          <w:lang w:val="ru-RU"/>
        </w:rPr>
        <w:t>в Арбитражном суде Карачаево-Черкесской Республики в течение 3 (трех) месяцев со дня его принятия в порядке, установленном главой 24 АПК РФ.</w:t>
      </w:r>
    </w:p>
    <w:p w:rsidR="00685981" w:rsidRPr="000F74B1" w:rsidRDefault="00685981" w:rsidP="00685981">
      <w:pPr>
        <w:jc w:val="both"/>
        <w:rPr>
          <w:sz w:val="28"/>
          <w:szCs w:val="28"/>
          <w:lang w:val="ru-RU"/>
        </w:rPr>
      </w:pPr>
    </w:p>
    <w:p w:rsidR="00685981" w:rsidRPr="000513EE" w:rsidRDefault="00685981" w:rsidP="00685981">
      <w:pPr>
        <w:ind w:firstLine="709"/>
        <w:jc w:val="both"/>
        <w:rPr>
          <w:sz w:val="28"/>
          <w:szCs w:val="28"/>
          <w:lang w:val="ru-RU"/>
        </w:rPr>
      </w:pPr>
    </w:p>
    <w:p w:rsidR="00685981" w:rsidRPr="004C6573" w:rsidRDefault="00685981" w:rsidP="00685981">
      <w:pPr>
        <w:ind w:firstLine="709"/>
        <w:contextualSpacing/>
        <w:jc w:val="both"/>
        <w:rPr>
          <w:sz w:val="28"/>
          <w:szCs w:val="28"/>
          <w:lang w:val="ru-RU"/>
        </w:rPr>
      </w:pPr>
    </w:p>
    <w:p w:rsidR="00CF3EB2" w:rsidRPr="00E13FBE" w:rsidRDefault="00CF3EB2" w:rsidP="00685981">
      <w:pPr>
        <w:ind w:firstLine="709"/>
        <w:jc w:val="both"/>
        <w:rPr>
          <w:sz w:val="28"/>
          <w:szCs w:val="28"/>
          <w:lang w:val="ru-RU"/>
        </w:rPr>
      </w:pPr>
      <w:bookmarkStart w:id="0" w:name="_GoBack"/>
      <w:bookmarkEnd w:id="0"/>
    </w:p>
    <w:sectPr w:rsidR="00CF3EB2" w:rsidRPr="00E13FBE" w:rsidSect="00034616">
      <w:pgSz w:w="12240" w:h="15840"/>
      <w:pgMar w:top="1134" w:right="850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47EA4"/>
    <w:rsid w:val="00685981"/>
    <w:rsid w:val="00AA1D8D"/>
    <w:rsid w:val="00B47730"/>
    <w:rsid w:val="00CB0664"/>
    <w:rsid w:val="00CF3EB2"/>
    <w:rsid w:val="00E13FB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1082FA5C-FE37-4608-9518-0D754AD8A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pPr>
      <w:spacing w:after="0" w:line="240" w:lineRule="auto"/>
    </w:pPr>
    <w:rPr>
      <w:rFonts w:ascii="Times New Roman" w:eastAsia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F284854-8759-4D9E-9748-6F46732D4B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984</Words>
  <Characters>5611</Characters>
  <Application>Microsoft Office Word</Application>
  <DocSecurity>0</DocSecurity>
  <Lines>46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6582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Степанова Арина Романовна</cp:lastModifiedBy>
  <cp:revision>2</cp:revision>
  <dcterms:created xsi:type="dcterms:W3CDTF">2013-12-23T23:15:00Z</dcterms:created>
  <dcterms:modified xsi:type="dcterms:W3CDTF">2026-06-17T15:38:00Z</dcterms:modified>
  <cp:category/>
</cp:coreProperties>
</file>